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pPr>
        <w:jc w:val="center"/>
      </w:pPr>
      <w:r>
        <w:rPr>
          <w:b/>
          <w:sz w:val="40"/>
        </w:rPr>
        <w:t>FROM SITUATIONSHIP</w:t>
      </w:r>
    </w:p>
    <w:p>
      <w:pPr>
        <w:jc w:val="center"/>
      </w:pPr>
      <w:r>
        <w:rPr>
          <w:b/>
          <w:sz w:val="40"/>
        </w:rPr>
        <w:t>TO RELATIONSHIP:</w:t>
      </w:r>
    </w:p>
    <w:p>
      <w:pPr>
        <w:jc w:val="center"/>
      </w:pPr>
      <w:r>
        <w:rPr>
          <w:b/>
          <w:sz w:val="36"/>
        </w:rPr>
        <w:t>The 90-Day Game Plan</w:t>
      </w:r>
    </w:p>
    <w:p/>
    <w:p/>
    <w:p/>
    <w:p/>
    <w:p/>
    <w:p/>
    <w:p/>
    <w:p/>
    <w:p>
      <w:pPr>
        <w:jc w:val="center"/>
      </w:pPr>
      <w:r>
        <w:rPr>
          <w:i/>
          <w:sz w:val="28"/>
        </w:rPr>
        <w:t>By The Gorgeous Diaries</w:t>
      </w:r>
    </w:p>
    <w:p>
      <w:r>
        <w:br w:type="page"/>
      </w:r>
    </w:p>
    <w:p>
      <w:pPr>
        <w:pStyle w:val="Heading1"/>
      </w:pPr>
      <w:r>
        <w:t>Introduction: Girl, Let's Keep It Real</w:t>
      </w:r>
    </w:p>
    <w:p>
      <w:r>
        <w:t>Hey y'all! Let me start by saying this: if you're reading this ebook, you already know something ain't adding up. You've been talking to this man for 3 months, 6 months, maybe even a whole year... and you still don't know where you stand.</w:t>
      </w:r>
    </w:p>
    <w:p>
      <w:r>
        <w:t>You're going on dates. Y'all are intimate. He's texting you good morning. He's calling you pet names. But when you try to bring up the what are we conversation, he hits you with:</w:t>
      </w:r>
    </w:p>
    <w:p>
      <w:pPr>
        <w:pStyle w:val="ListBullet"/>
      </w:pPr>
      <w:r>
        <w:t>I'm just not ready for a relationship right now</w:t>
      </w:r>
    </w:p>
    <w:p>
      <w:pPr>
        <w:pStyle w:val="ListBullet"/>
      </w:pPr>
      <w:r>
        <w:t>Let's just see where things go</w:t>
      </w:r>
    </w:p>
    <w:p>
      <w:pPr>
        <w:pStyle w:val="ListBullet"/>
      </w:pPr>
      <w:r>
        <w:t>I don't want to put a label on it</w:t>
      </w:r>
    </w:p>
    <w:p>
      <w:pPr>
        <w:pStyle w:val="ListBullet"/>
      </w:pPr>
      <w:r>
        <w:t>Why do we have to rush into titles?</w:t>
      </w:r>
    </w:p>
    <w:p>
      <w:r>
        <w:t>Girl.</w:t>
      </w:r>
    </w:p>
    <w:p>
      <w:r>
        <w:t>Let me tell you something your mama probably told you but you weren't trying to hear:</w:t>
      </w:r>
    </w:p>
    <w:p>
      <w:r>
        <w:rPr>
          <w:b/>
        </w:rPr>
        <w:t>A man who wants you will make it clear. A man who wants to keep his options open will keep it vague.</w:t>
      </w:r>
    </w:p>
    <w:p>
      <w:r>
        <w:t>And right now? Baby, you're in a situationship. Not a relationship. Not even dating exclusively. You're in relationship purgatory — stuck between single and taken, with no roadmap to get you out.</w:t>
      </w:r>
    </w:p>
    <w:p>
      <w:pPr>
        <w:pStyle w:val="Heading2"/>
      </w:pPr>
      <w:r>
        <w:t>Why This Ebook Exists</w:t>
      </w:r>
    </w:p>
    <w:p>
      <w:r>
        <w:t>Here's what I'm NOT going to do: tell you that situationships are always bad, or that you need to dump every man who doesn't propose on the third date. That's not realistic, and it's not strategic.</w:t>
      </w:r>
    </w:p>
    <w:p>
      <w:r>
        <w:t>What I AM going to do is give you the game plan to:</w:t>
      </w:r>
    </w:p>
    <w:p>
      <w:pPr>
        <w:pStyle w:val="ListBullet"/>
      </w:pPr>
      <w:r>
        <w:t>Figure out if this man is actually moving toward commitment or just wasting your time</w:t>
      </w:r>
    </w:p>
    <w:p>
      <w:pPr>
        <w:pStyle w:val="ListBullet"/>
      </w:pPr>
      <w:r>
        <w:t>Set clear expectations without seeming desperate or pushy</w:t>
      </w:r>
    </w:p>
    <w:p>
      <w:pPr>
        <w:pStyle w:val="ListBullet"/>
      </w:pPr>
      <w:r>
        <w:t>Navigate the 90-day window where most relationships either level up or fizzle out</w:t>
      </w:r>
    </w:p>
    <w:p>
      <w:pPr>
        <w:pStyle w:val="ListBullet"/>
      </w:pPr>
      <w:r>
        <w:t>Have the talk in a way that gets results, not excuses</w:t>
      </w:r>
    </w:p>
    <w:p>
      <w:pPr>
        <w:pStyle w:val="ListBullet"/>
      </w:pPr>
      <w:r>
        <w:t>Know when to walk away vs. when to give it more time</w:t>
      </w:r>
    </w:p>
    <w:p>
      <w:r>
        <w:rPr>
          <w:b/>
        </w:rPr>
        <w:t>Because here's the truth, sis: You perfect what you practice. If you keep accepting situationships, that's what you're going to keep getting. But if you learn how to set standards, enforce boundaries, and move strategically? You're going to start attracting men who are ready to choose you.</w:t>
      </w:r>
    </w:p>
    <w:p>
      <w:pPr>
        <w:pStyle w:val="Heading2"/>
      </w:pPr>
      <w:r>
        <w:t>The 90-Day Framework</w:t>
      </w:r>
    </w:p>
    <w:p>
      <w:r>
        <w:t>Research shows that most relationships that are going to become exclusive do so within the first 90 days. That's about 3 months. If a man is still figuring it out after 90 days, he's not confused — he's just not that into you. Or he's keeping you on the roster while he explores other options.</w:t>
      </w:r>
    </w:p>
    <w:p>
      <w:r>
        <w:t>This ebook is going to walk you through a strategic 90-day plan that helps you:</w:t>
      </w:r>
    </w:p>
    <w:p>
      <w:pPr>
        <w:pStyle w:val="ListBullet"/>
      </w:pPr>
      <w:r>
        <w:t>Assess his interest level from Day 1</w:t>
      </w:r>
    </w:p>
    <w:p>
      <w:pPr>
        <w:pStyle w:val="ListBullet"/>
      </w:pPr>
      <w:r>
        <w:t>Build momentum toward commitment (without chasing)</w:t>
      </w:r>
    </w:p>
    <w:p>
      <w:pPr>
        <w:pStyle w:val="ListBullet"/>
      </w:pPr>
      <w:r>
        <w:t>Read the signs that he's leveling up vs. stalling out</w:t>
      </w:r>
    </w:p>
    <w:p>
      <w:pPr>
        <w:pStyle w:val="ListBullet"/>
      </w:pPr>
      <w:r>
        <w:t>Navigate the exclusivity conversation with confidence</w:t>
      </w:r>
    </w:p>
    <w:p>
      <w:pPr>
        <w:pStyle w:val="ListBullet"/>
      </w:pPr>
      <w:r>
        <w:t>Know when it's time to cut your losses and move on</w:t>
      </w:r>
    </w:p>
    <w:p>
      <w:r>
        <w:t>By the end of these 90 days, you'll either have a committed relationship or you'll have your answer — and your freedom.</w:t>
      </w:r>
    </w:p>
    <w:p>
      <w:pPr>
        <w:pStyle w:val="Heading2"/>
      </w:pPr>
      <w:r>
        <w:t>Who This Is For</w:t>
      </w:r>
    </w:p>
    <w:p>
      <w:r>
        <w:t>This ebook is for you if:</w:t>
      </w:r>
    </w:p>
    <w:p>
      <w:pPr>
        <w:pStyle w:val="ListBullet"/>
      </w:pPr>
      <w:r>
        <w:t>You've been talking to someone for weeks or months and don't know where it's going</w:t>
      </w:r>
    </w:p>
    <w:p>
      <w:pPr>
        <w:pStyle w:val="ListBullet"/>
      </w:pPr>
      <w:r>
        <w:t>You're tired of being in undefined, confusing relationships</w:t>
      </w:r>
    </w:p>
    <w:p>
      <w:pPr>
        <w:pStyle w:val="ListBullet"/>
      </w:pPr>
      <w:r>
        <w:t>You want commitment but don't want to seem pushy or desperate</w:t>
      </w:r>
    </w:p>
    <w:p>
      <w:pPr>
        <w:pStyle w:val="ListBullet"/>
      </w:pPr>
      <w:r>
        <w:t>You keep dating men who aren't ready or don't do labels</w:t>
      </w:r>
    </w:p>
    <w:p>
      <w:pPr>
        <w:pStyle w:val="ListBullet"/>
      </w:pPr>
      <w:r>
        <w:t>You're done wasting time on men who won't choose you</w:t>
      </w:r>
    </w:p>
    <w:p>
      <w:r>
        <w:t>If any of that sounds familiar, this ebook is your blueprint. Let's get you from situationship to relationship in 90 days or less — or let's get you out so you can find someone who's actually ready.</w:t>
      </w:r>
    </w:p>
    <w:p>
      <w:r>
        <w:t>Let's do this, babe.</w:t>
      </w:r>
    </w:p>
    <w:p>
      <w:r>
        <w:rPr>
          <w:i/>
        </w:rPr>
        <w:t>— Morránna &amp; The Gorgeous Diaries Team</w:t>
      </w:r>
    </w:p>
    <w:p>
      <w:pPr>
        <w:pStyle w:val="Heading1"/>
      </w:pPr>
      <w:r>
        <w:t>Chapter 1: What Even IS a Situationship? (And Why You Are Probably In One)</w:t>
      </w:r>
    </w:p>
    <w:p>
      <w:r>
        <w:t>Okay, so let's start with the basics. What exactly IS a situationship?</w:t>
      </w:r>
    </w:p>
    <w:p>
      <w:r>
        <w:t>A situationship is when you and someone else are acting like you're in a relationship — texting every day, going on dates, being intimate, maybe even meeting each other's friends — but there's no official title, no commitment, and no clear direction. You're more than friends, but you're not boyfriend and girlfriend. You're in this weird gray area where you FEEL like a couple, but you're not TECHNICALLY together.</w:t>
      </w:r>
    </w:p>
    <w:p>
      <w:r>
        <w:t>Girl, if that doesn't sound confusing, I don't know what does.</w:t>
      </w:r>
    </w:p>
    <w:p>
      <w:pPr>
        <w:pStyle w:val="Heading2"/>
      </w:pPr>
      <w:r>
        <w:t>The 5 Signs You Are In a Situationship</w:t>
      </w:r>
    </w:p>
    <w:p>
      <w:r>
        <w:t>Let's be honest — you probably already know if you're in a situationship. But just in case you're still in denial (and trust me, we've all been there), here are the telltale signs:</w:t>
      </w:r>
    </w:p>
    <w:p>
      <w:pPr>
        <w:pStyle w:val="Heading3"/>
      </w:pPr>
      <w:r>
        <w:t>1. There Is No Label</w:t>
      </w:r>
    </w:p>
    <w:p>
      <w:r>
        <w:t>You're not boyfriend and girlfriend. You're not exclusive. You're just talking or hanging out or seeing where it goes. When your friends ask what's going on with y'all, you stumble over your words trying to explain it because even YOU don't know what to call it.</w:t>
      </w:r>
    </w:p>
    <w:p>
      <w:r>
        <w:rPr>
          <w:b/>
        </w:rPr>
        <w:t>Real talk: If you can't introduce him as your boyfriend, you're in a situationship.</w:t>
      </w:r>
    </w:p>
    <w:p>
      <w:pPr>
        <w:pStyle w:val="Heading3"/>
      </w:pPr>
      <w:r>
        <w:t>2. The Future Is Fuzzy</w:t>
      </w:r>
    </w:p>
    <w:p>
      <w:r>
        <w:t>Whenever you try to talk about the future — even just next month's plans — he keeps it vague. We'll see. Let's just take it one day at a time. I don't like to plan too far ahead. He won't commit to being your date to your cousin's wedding in 3 months. He gets weird when you mention future trips or holidays together.</w:t>
      </w:r>
    </w:p>
    <w:p>
      <w:r>
        <w:rPr>
          <w:b/>
        </w:rPr>
        <w:t>Real talk: A man who sees a future with you isn't afraid to make plans.</w:t>
      </w:r>
    </w:p>
    <w:p>
      <w:pPr>
        <w:pStyle w:val="Heading3"/>
      </w:pPr>
      <w:r>
        <w:t>3. You Are Not Integrated Into His Life</w:t>
      </w:r>
    </w:p>
    <w:p>
      <w:r>
        <w:t>You haven't met his friends. Or his family. Or his coworkers. Y'all hang out, but it's always just the two of you — usually at your place or his. He doesn't invite you to group things. He doesn't post you on social media. When someone asks him if he's seeing anyone, he says not really or it's complicated.</w:t>
      </w:r>
    </w:p>
    <w:p>
      <w:r>
        <w:rPr>
          <w:b/>
        </w:rPr>
        <w:t>Real talk: If he's keeping you separate from his real life, you're not his real girlfriend.</w:t>
      </w:r>
    </w:p>
    <w:p>
      <w:pPr>
        <w:pStyle w:val="Heading3"/>
      </w:pPr>
      <w:r>
        <w:t>4. The Effort Is Inconsistent</w:t>
      </w:r>
    </w:p>
    <w:p>
      <w:r>
        <w:t>Some weeks he's all over you — texting constantly, planning dates, being attentive. Then he disappears for a few days and acts like it's no big deal. Or he only reaches out when it's convenient for him (late night texts, last-minute plans). There's no consistency, no reliability. You never know which version of him you're going to get.</w:t>
      </w:r>
    </w:p>
    <w:p>
      <w:r>
        <w:rPr>
          <w:b/>
        </w:rPr>
        <w:t>Real talk: Inconsistent effort means he's not all in.</w:t>
      </w:r>
    </w:p>
    <w:p>
      <w:pPr>
        <w:pStyle w:val="Heading3"/>
      </w:pPr>
      <w:r>
        <w:t>5. He Avoids The Talk</w:t>
      </w:r>
    </w:p>
    <w:p>
      <w:r>
        <w:t>Whenever you try to bring up where things are going, he shuts it down. He changes the subject. He gets defensive. He says you're overthinking or ruining a good thing by trying to define it. He might even make YOU feel bad for wanting clarity.</w:t>
      </w:r>
    </w:p>
    <w:p>
      <w:r>
        <w:rPr>
          <w:b/>
        </w:rPr>
        <w:t>Real talk: A man who dodges the commitment conversation is telling you he doesn't want to commit.</w:t>
      </w:r>
    </w:p>
    <w:p>
      <w:pPr>
        <w:pStyle w:val="Heading2"/>
      </w:pPr>
      <w:r>
        <w:t>Why Situationships Happen (And Why They Are So Damn Common)</w:t>
      </w:r>
    </w:p>
    <w:p>
      <w:r>
        <w:t>So why are situationships everywhere now? Why is it so hard to get a man to just call you his girlfriend? A few reasons:</w:t>
      </w:r>
    </w:p>
    <w:p>
      <w:pPr>
        <w:pStyle w:val="Heading3"/>
      </w:pPr>
      <w:r>
        <w:t>1. Dating Apps Give Everyone Options</w:t>
      </w:r>
    </w:p>
    <w:p>
      <w:r>
        <w:t>Back in the day, if you met someone you liked, you dated them and saw where it went. Now? Everyone's on Hinge, Bumble, Tinder. There's always another match, another option, another what if. Men (and women) are keeping their options open longer because they're scared of missing out on something better.</w:t>
      </w:r>
    </w:p>
    <w:p>
      <w:pPr>
        <w:pStyle w:val="Heading3"/>
      </w:pPr>
      <w:r>
        <w:t>2. Nobody Wants to Be The One Who Cares More</w:t>
      </w:r>
    </w:p>
    <w:p>
      <w:r>
        <w:t>There's this weird cultural thing now where caring too much is seen as desperate or weak. So both people play it cool. Nobody wants to be the first one to catch feelings or push for a relationship. Everyone's trying to act like they don't care, which means nobody's actually MOVING FORWARD.</w:t>
      </w:r>
    </w:p>
    <w:p>
      <w:pPr>
        <w:pStyle w:val="Heading3"/>
      </w:pPr>
      <w:r>
        <w:t>3. People Want the Benefits Without the Work</w:t>
      </w:r>
    </w:p>
    <w:p>
      <w:r>
        <w:t>A situationship gives you all the fun parts of a relationship — companionship, intimacy, emotional support — without the commitment, responsibility, or accountability. For some people (especially emotionally unavailable people), that's ideal. They get what they want without having to actually show up as a partner.</w:t>
      </w:r>
    </w:p>
    <w:p>
      <w:pPr>
        <w:pStyle w:val="Heading3"/>
      </w:pPr>
      <w:r>
        <w:t>4. Women Accept It</w:t>
      </w:r>
    </w:p>
    <w:p>
      <w:r>
        <w:t>And here's the hard truth, sis: situationships exist because WE LET THEM. Men will do what they can get away with. If you're giving him all the perks of a relationship without requiring a commitment, why would he commit? He's already getting everything he wants.</w:t>
      </w:r>
    </w:p>
    <w:p>
      <w:r>
        <w:t>I'm not saying it's your fault. But I AM saying you have more power than you think. And this ebook is going to teach you how to use it.</w:t>
      </w:r>
    </w:p>
    <w:p>
      <w:pPr>
        <w:pStyle w:val="Heading2"/>
      </w:pPr>
      <w:r>
        <w:t>The Problem With Situationships: Why They Hurt So Much</w:t>
      </w:r>
    </w:p>
    <w:p>
      <w:r>
        <w:rPr>
          <w:b/>
        </w:rPr>
        <w:t>Here's the thing about situationships that makes them so painful: you're emotionally invested in something that doesn't actually exist.</w:t>
      </w:r>
    </w:p>
    <w:p>
      <w:r>
        <w:t>You're pouring your time, energy, and feelings into this person. You're making space for them in your life. You're turning down other opportunities because you're hoping this will turn into something real. But because there's no commitment, no clarity, no boundaries — you're constantly anxious. You don't know where you stand. You don't know if he's talking to other people. You don't know if this is going anywhere or if you're wasting your time.</w:t>
      </w:r>
    </w:p>
    <w:p>
      <w:r>
        <w:t>And the worst part? You can't even complain about it. Because technically, y'all aren't together. He didn't promise you anything. So when he's distant or inconsistent or noncommittal, you have no leg to stand on.</w:t>
      </w:r>
    </w:p>
    <w:p>
      <w:r>
        <w:t>That ambiguity is what makes situationships so toxic. You're in relationship limbo — all the emotional labor, none of the security.</w:t>
      </w:r>
    </w:p>
    <w:p>
      <w:pPr>
        <w:pStyle w:val="Heading2"/>
      </w:pPr>
      <w:r>
        <w:t>Can a Situationship Turn Into a Relationship? (The Honest Answer)</w:t>
      </w:r>
    </w:p>
    <w:p>
      <w:r>
        <w:t>Okay, so here's the question you really want answered: Can a situationship become a real relationship?</w:t>
      </w:r>
    </w:p>
    <w:p>
      <w:r>
        <w:rPr>
          <w:b/>
        </w:rPr>
        <w:t>Yes. But.</w:t>
      </w:r>
    </w:p>
    <w:p>
      <w:r>
        <w:t>It can happen. Sometimes people start out casual and then catch feelings and decide to commit. It's not impossible.</w:t>
      </w:r>
    </w:p>
    <w:p>
      <w:r>
        <w:rPr>
          <w:b/>
        </w:rPr>
        <w:t>But here's what you need to understand: If a man wants to be with you, he will make it happen. He won't need months of convincing. He won't need you to beg or hint or manipulate him into a relationship. When a man is ready and he knows what he wants, he MOVES.</w:t>
      </w:r>
    </w:p>
    <w:p>
      <w:r>
        <w:t>So yes, a situationship can turn into a relationship — if he actually wants that. The goal of this ebook is to help you figure out if he does, and if he doesn't, how to get out before you waste any more time.</w:t>
      </w:r>
    </w:p>
    <w:p>
      <w:pPr>
        <w:pStyle w:val="Heading2"/>
      </w:pPr>
      <w:r>
        <w:t>Action Steps: Assess Your Current Situation</w:t>
      </w:r>
    </w:p>
    <w:p>
      <w:r>
        <w:t>Before we move forward, let's take inventory. Answer these questions honestly:</w:t>
      </w:r>
    </w:p>
    <w:p>
      <w:pPr>
        <w:pStyle w:val="ListBullet"/>
      </w:pPr>
      <w:r>
        <w:t>How long have you been in this situationship? (Less than a month? 3 months? 6+ months?)</w:t>
      </w:r>
    </w:p>
    <w:p>
      <w:pPr>
        <w:pStyle w:val="ListBullet"/>
      </w:pPr>
      <w:r>
        <w:t>Have you ever had a conversation about exclusivity or commitment?</w:t>
      </w:r>
    </w:p>
    <w:p>
      <w:pPr>
        <w:pStyle w:val="ListBullet"/>
      </w:pPr>
      <w:r>
        <w:t>Has he introduced you to his friends or family?</w:t>
      </w:r>
    </w:p>
    <w:p>
      <w:pPr>
        <w:pStyle w:val="ListBullet"/>
      </w:pPr>
      <w:r>
        <w:t>Does he make plans with you in advance, or is everything last-minute?</w:t>
      </w:r>
    </w:p>
    <w:p>
      <w:pPr>
        <w:pStyle w:val="ListBullet"/>
      </w:pPr>
      <w:r>
        <w:t>How consistent is his communication? (Daily texts? Disappears for days?)</w:t>
      </w:r>
    </w:p>
    <w:p>
      <w:pPr>
        <w:pStyle w:val="ListBullet"/>
      </w:pPr>
      <w:r>
        <w:t>Are you sleeping with him? (If yes, how long after you started talking did that happen?)</w:t>
      </w:r>
    </w:p>
    <w:p>
      <w:pPr>
        <w:pStyle w:val="ListBullet"/>
      </w:pPr>
      <w:r>
        <w:t>Do you feel secure with him, or are you constantly anxious about where you stand?</w:t>
      </w:r>
    </w:p>
    <w:p>
      <w:r>
        <w:t>Write down your answers. We're going to come back to these as we move through the 90-day plan. For now, just get clear on where you actually are — not where you HOPE you are.</w:t>
      </w:r>
    </w:p>
    <w:p>
      <w:r>
        <w:rPr>
          <w:b/>
        </w:rPr>
        <w:t>Next up: The 90-Day Timeline and why it matters.</w:t>
      </w:r>
    </w:p>
    <w:p>
      <w:pPr>
        <w:pStyle w:val="Heading1"/>
      </w:pPr>
      <w:r>
        <w:t>Chapter 2: The 90-Day Rule (And Why It Is Your New Best Friend)</w:t>
      </w:r>
    </w:p>
    <w:p>
      <w:r>
        <w:t>Alright, so you know you're in a situationship. Now what?</w:t>
      </w:r>
    </w:p>
    <w:p>
      <w:r>
        <w:t>Here's where the 90-Day Rule comes in. And girl, this is going to change the game for you.</w:t>
      </w:r>
    </w:p>
    <w:p>
      <w:pPr>
        <w:pStyle w:val="Heading2"/>
      </w:pPr>
      <w:r>
        <w:t>What Is the 90-Day Rule?</w:t>
      </w:r>
    </w:p>
    <w:p>
      <w:r>
        <w:t>The 90-Day Rule is simple:</w:t>
      </w:r>
    </w:p>
    <w:p>
      <w:r>
        <w:rPr>
          <w:b/>
        </w:rPr>
        <w:t>If a man hasn't committed to you within 90 days of consistent dating, he's not going to.</w:t>
      </w:r>
    </w:p>
    <w:p>
      <w:r>
        <w:t>Now, before you panic or start arguing with me, let me explain.</w:t>
      </w:r>
    </w:p>
    <w:p>
      <w:r>
        <w:t>90 days is about 3 months. That's enough time for someone to:</w:t>
      </w:r>
    </w:p>
    <w:p>
      <w:pPr>
        <w:pStyle w:val="ListBullet"/>
      </w:pPr>
      <w:r>
        <w:t>Get to know you</w:t>
      </w:r>
    </w:p>
    <w:p>
      <w:pPr>
        <w:pStyle w:val="ListBullet"/>
      </w:pPr>
      <w:r>
        <w:t>Catch feelings</w:t>
      </w:r>
    </w:p>
    <w:p>
      <w:pPr>
        <w:pStyle w:val="ListBullet"/>
      </w:pPr>
      <w:r>
        <w:t>See if you're compatible</w:t>
      </w:r>
    </w:p>
    <w:p>
      <w:pPr>
        <w:pStyle w:val="ListBullet"/>
      </w:pPr>
      <w:r>
        <w:t>Decide if they want to be in a relationship with you</w:t>
      </w:r>
    </w:p>
    <w:p>
      <w:r>
        <w:t>It's not so short that you're rushing things. But it's also not so long that you're wasting months (or years) on someone who's never going to choose you.</w:t>
      </w:r>
    </w:p>
    <w:p>
      <w:r>
        <w:t>Research backs this up, by the way. Studies show that most couples who are going to become exclusive do so within the first 2-3 months of dating. If someone is still figuring it out after that, they're either:</w:t>
      </w:r>
    </w:p>
    <w:p>
      <w:pPr>
        <w:pStyle w:val="ListBullet"/>
      </w:pPr>
      <w:r>
        <w:t>Not that into you</w:t>
      </w:r>
    </w:p>
    <w:p>
      <w:pPr>
        <w:pStyle w:val="ListBullet"/>
      </w:pPr>
      <w:r>
        <w:t>Emotionally unavailable</w:t>
      </w:r>
    </w:p>
    <w:p>
      <w:pPr>
        <w:pStyle w:val="ListBullet"/>
      </w:pPr>
      <w:r>
        <w:t>Keeping their options open</w:t>
      </w:r>
    </w:p>
    <w:p>
      <w:pPr>
        <w:pStyle w:val="ListBullet"/>
      </w:pPr>
      <w:r>
        <w:t>Stringing you along</w:t>
      </w:r>
    </w:p>
    <w:p>
      <w:r>
        <w:t>Either way, it's not looking good.</w:t>
      </w:r>
    </w:p>
    <w:p>
      <w:pPr>
        <w:pStyle w:val="Heading2"/>
      </w:pPr>
      <w:r>
        <w:t>Why 90 Days? The Psychology Behind It</w:t>
      </w:r>
    </w:p>
    <w:p>
      <w:r>
        <w:t>Let me break down why 90 days is the magic number.</w:t>
      </w:r>
    </w:p>
    <w:p>
      <w:pPr>
        <w:pStyle w:val="Heading3"/>
      </w:pPr>
      <w:r>
        <w:t>Days 1-30: The Honeymoon/Infatuation Phase</w:t>
      </w:r>
    </w:p>
    <w:p>
      <w:r>
        <w:t>In the first month, everything is new and exciting. You're both on your best behavior. The chemistry is high. You're texting constantly. He's putting in effort. You're both showing up and trying to impress each other.</w:t>
      </w:r>
    </w:p>
    <w:p>
      <w:r>
        <w:t>This is the getting to know you phase. You're figuring out if there's potential here. You're seeing if you vibe. You're deciding if you want to keep seeing each other.</w:t>
      </w:r>
    </w:p>
    <w:p>
      <w:r>
        <w:rPr>
          <w:b/>
        </w:rPr>
        <w:t>What to watch for: Consistency. Is he showing up? Is he initiating dates and communication? Or is he hot and cold from the jump?</w:t>
      </w:r>
    </w:p>
    <w:p>
      <w:pPr>
        <w:pStyle w:val="Heading3"/>
      </w:pPr>
      <w:r>
        <w:t>Days 31-60: The Reality Check Phase</w:t>
      </w:r>
    </w:p>
    <w:p>
      <w:r>
        <w:t>By month 2, the newness has worn off a bit. You're starting to see each other's real personalities, quirks, and habits. The butterflies might calm down. This is when people start to show their true colors.</w:t>
      </w:r>
    </w:p>
    <w:p>
      <w:r>
        <w:t>This is also when a lot of situationships start to plateau. He's comfortable. He knows you're into him. The chase is over. So his effort might drop.</w:t>
      </w:r>
    </w:p>
    <w:p>
      <w:r>
        <w:rPr>
          <w:b/>
        </w:rPr>
        <w:t>What to watch for: Is he still investing? Is he introducing you to his people? Is he talking about the future? Or is he pulling back and getting complacent?</w:t>
      </w:r>
    </w:p>
    <w:p>
      <w:pPr>
        <w:pStyle w:val="Heading3"/>
      </w:pPr>
      <w:r>
        <w:t>Days 61-90: The Decision Phase</w:t>
      </w:r>
    </w:p>
    <w:p>
      <w:r>
        <w:t>By month 3, you both know what this is. You've spent enough time together to know if you're compatible. You've seen enough to decide if you want to commit.</w:t>
      </w:r>
    </w:p>
    <w:p>
      <w:r>
        <w:t>This is the make-or-break window. Either he's going to step up and make it official, or he's going to keep you in limbo because he's not ready to commit (to you).</w:t>
      </w:r>
    </w:p>
    <w:p>
      <w:r>
        <w:rPr>
          <w:b/>
        </w:rPr>
        <w:t>What to watch for: Is he moving toward commitment, or is he stalling? Is he talking about exclusivity, or is he dodging the conversation?</w:t>
      </w:r>
    </w:p>
    <w:p>
      <w:pPr>
        <w:pStyle w:val="Heading2"/>
      </w:pPr>
      <w:r>
        <w:t>The 90-Day Plan: What You Are Going to Do</w:t>
      </w:r>
    </w:p>
    <w:p>
      <w:r>
        <w:t>Here's how this is going to work. Over the next 90 days (or however many days you have left if you're already a few weeks or months in), you're going to:</w:t>
      </w:r>
    </w:p>
    <w:p>
      <w:r>
        <w:rPr>
          <w:b/>
        </w:rPr>
        <w:t>Set a clear internal deadline. You're not going to tell him about it (that would be weird and put pressure on him). But YOU need to know that you're not waiting around forever.</w:t>
      </w:r>
    </w:p>
    <w:p>
      <w:r>
        <w:rPr>
          <w:b/>
        </w:rPr>
        <w:t>Track his actions, not his words. Words are cheap. What is he actually DOING? Is he showing up consistently? Is he integrating you into his life?</w:t>
      </w:r>
    </w:p>
    <w:p>
      <w:r>
        <w:rPr>
          <w:b/>
        </w:rPr>
        <w:t>Build your roster. If you're not exclusive, you shouldn't be acting like you are. Keep your options open. Date other people. Don't put all your eggs in one basket with a man who hasn't claimed you yet.</w:t>
      </w:r>
    </w:p>
    <w:p>
      <w:r>
        <w:rPr>
          <w:b/>
        </w:rPr>
        <w:t>Set boundaries around intimacy. We'll talk more about this in Chapter 5, but for now, know this: giving a man all the benefits of a relationship without the commitment is a BAD strategy.</w:t>
      </w:r>
    </w:p>
    <w:p>
      <w:r>
        <w:rPr>
          <w:b/>
        </w:rPr>
        <w:t>Have the talk at the right time. By day 60-90, you need to bring up exclusivity. We'll cover exactly how to do this in Chapter 3.</w:t>
      </w:r>
    </w:p>
    <w:p>
      <w:r>
        <w:rPr>
          <w:b/>
        </w:rPr>
        <w:t>Be ready to walk away if he's not ready to commit. This is the hardest part, but it's also the most important. If he doesn't choose you after 90 days, you have to choose YOURSELF.</w:t>
      </w:r>
    </w:p>
    <w:p>
      <w:pPr>
        <w:pStyle w:val="Heading2"/>
      </w:pPr>
      <w:r>
        <w:t>What If You Are Already Past 90 Days?</w:t>
      </w:r>
    </w:p>
    <w:p>
      <w:r>
        <w:t>Okay, so what if you're reading this and you've already been in this situationship for 6 months? A year? Longer?</w:t>
      </w:r>
    </w:p>
    <w:p>
      <w:r>
        <w:t>First of all, no judgment. We've all been there. You got comfortable. You kept hoping it would turn into something. You didn't want to rock the boat.</w:t>
      </w:r>
    </w:p>
    <w:p>
      <w:r>
        <w:t>But here's the truth:</w:t>
      </w:r>
    </w:p>
    <w:p>
      <w:r>
        <w:rPr>
          <w:b/>
        </w:rPr>
        <w:t>If he hasn't committed to you by now, he's not going to — unless something changes.</w:t>
      </w:r>
    </w:p>
    <w:p>
      <w:r>
        <w:t>That something is YOU. You need to shift the dynamic. You need to stop accepting the situationship and start requiring more. And if he's not willing to give it, you need to walk away.</w:t>
      </w:r>
    </w:p>
    <w:p>
      <w:r>
        <w:t>I know that sounds scary. But staying in a dead-end situationship is scarier. Because every day you stay is another day you're not available to meet someone who will actually choose you.</w:t>
      </w:r>
    </w:p>
    <w:p>
      <w:pPr>
        <w:pStyle w:val="Heading2"/>
      </w:pPr>
      <w:r>
        <w:t>Action Steps: Set Your 90-Day Deadline</w:t>
      </w:r>
    </w:p>
    <w:p>
      <w:r>
        <w:t>Here's what you're going to do right now:</w:t>
      </w:r>
    </w:p>
    <w:p>
      <w:r>
        <w:rPr>
          <w:b/>
        </w:rPr>
        <w:t>Calculate your timeline. When did you and this man start talking or dating? Count forward 90 days from that date. That's your deadline. Write it down.</w:t>
      </w:r>
    </w:p>
    <w:p>
      <w:r>
        <w:rPr>
          <w:b/>
        </w:rPr>
        <w:t>If you're already past 90 days: Give yourself 30 more days to implement the strategies in this ebook and see if things change. If they don't, you're out.</w:t>
      </w:r>
    </w:p>
    <w:p>
      <w:r>
        <w:rPr>
          <w:b/>
        </w:rPr>
        <w:t>Commit to the deadline. This is for YOU, not him. You don't need to tell him about it. But you need to hold yourself accountable. No more just a few more weeks or maybe he just needs more time. Stick to the deadline.</w:t>
      </w:r>
    </w:p>
    <w:p>
      <w:r>
        <w:rPr>
          <w:b/>
        </w:rPr>
        <w:t>Next up: How to have the talk without scaring him off.</w:t>
      </w:r>
    </w:p>
    <w:p>
      <w:pPr>
        <w:pStyle w:val="Heading1"/>
      </w:pPr>
      <w:r>
        <w:t>Chapter 3: How to Have The Talk Without Looking Desperate</w:t>
      </w:r>
    </w:p>
    <w:p>
      <w:r>
        <w:t>Alright, here we go. The conversation every woman dreads: The what are we talk.</w:t>
      </w:r>
    </w:p>
    <w:p>
      <w:r>
        <w:t>I know you're scared. You don't want to seem needy. You don't want to push him away. You don't want to be that girl who's catching feelings too fast or asking for too much.</w:t>
      </w:r>
    </w:p>
    <w:p>
      <w:r>
        <w:t>But here's what you need to understand:</w:t>
      </w:r>
    </w:p>
    <w:p>
      <w:r>
        <w:rPr>
          <w:b/>
        </w:rPr>
        <w:t>Wanting clarity in a relationship is not desperate. It's smart.</w:t>
      </w:r>
    </w:p>
    <w:p>
      <w:r>
        <w:t>You deserve to know where you stand. You deserve to know if this is going somewhere or if you're wasting your time. And any man who makes you feel bad for asking is not the man for you.</w:t>
      </w:r>
    </w:p>
    <w:p>
      <w:pPr>
        <w:pStyle w:val="Heading2"/>
      </w:pPr>
      <w:r>
        <w:t>When to Have The Talk</w:t>
      </w:r>
    </w:p>
    <w:p>
      <w:r>
        <w:t>Timing is everything. Have this conversation too early, and you'll scare him off. Wait too long, and you'll waste months in limbo.</w:t>
      </w:r>
    </w:p>
    <w:p>
      <w:r>
        <w:t>Here's the sweet spot:</w:t>
      </w:r>
    </w:p>
    <w:p>
      <w:r>
        <w:rPr>
          <w:b/>
        </w:rPr>
        <w:t>60-90 days in.</w:t>
      </w:r>
    </w:p>
    <w:p>
      <w:r>
        <w:t>By day 60, you've been dating consistently for 2 months. That's long enough to know if there's potential. It's not too soon to bring up exclusivity.</w:t>
      </w:r>
    </w:p>
    <w:p>
      <w:r>
        <w:t>But don't wait past day 90. If you're 3 months in and still in limbo, you need answers.</w:t>
      </w:r>
    </w:p>
    <w:p>
      <w:r>
        <w:rPr>
          <w:b/>
        </w:rPr>
        <w:t>Exception: If you're already sleeping with him, you should have this conversation SOONER. Like, within 30-45 days. Because once sex is involved, the stakes are higher. (More on that in Chapter 5.)</w:t>
      </w:r>
    </w:p>
    <w:p>
      <w:pPr>
        <w:pStyle w:val="Heading2"/>
      </w:pPr>
      <w:r>
        <w:t>How to Bring It Up (Without Being Weird)</w:t>
      </w:r>
    </w:p>
    <w:p>
      <w:r>
        <w:t>Okay, so you know WHEN to have the talk. Now let's talk about HOW.</w:t>
      </w:r>
    </w:p>
    <w:p>
      <w:r>
        <w:t>The key is to be direct but not confrontational. Confident but not demanding. Casual but not dismissive.</w:t>
      </w:r>
    </w:p>
    <w:p>
      <w:r>
        <w:t>Here's a script you can use (feel free to tweak it to sound like you):</w:t>
      </w:r>
    </w:p>
    <w:p>
      <w:r>
        <w:rPr>
          <w:i/>
        </w:rPr>
        <w:t>Hey, I've been thinking. We've been seeing each other for a couple months now, and I really enjoy spending time with you. I wanted to check in and see where your head is at. Are we working toward something exclusive, or are we just keeping things casual?</w:t>
      </w:r>
    </w:p>
    <w:p>
      <w:r>
        <w:t>That's it. Simple. Direct. No accusations, no drama, no ultimatums. Just a straightforward question.</w:t>
      </w:r>
    </w:p>
    <w:p>
      <w:pPr>
        <w:pStyle w:val="Heading2"/>
      </w:pPr>
      <w:r>
        <w:t>What to Do When He Says...</w:t>
      </w:r>
    </w:p>
    <w:p>
      <w:r>
        <w:t>Alright, so you've asked the question. Now let's talk about how to respond based on what he says.</w:t>
      </w:r>
    </w:p>
    <w:p>
      <w:pPr>
        <w:pStyle w:val="Heading3"/>
      </w:pPr>
      <w:r>
        <w:t>Response 1: I really like you. Let us make this official.</w:t>
      </w:r>
    </w:p>
    <w:p>
      <w:r>
        <w:rPr>
          <w:b/>
        </w:rPr>
        <w:t>THE DREAM SCENARIO. He's ready. He wants to commit. Congratulations, sis — you've got yourself a boyfriend.</w:t>
      </w:r>
    </w:p>
    <w:p>
      <w:r>
        <w:rPr>
          <w:b/>
        </w:rPr>
        <w:t>What to do: Accept gracefully. Don't downplay the moment or act like it's no big deal. This is a big deal. Smile. Enjoy it. And then, define what exclusivity means to both of you. (Are y'all deleting the apps? Are you telling people you're together? etc.)</w:t>
      </w:r>
    </w:p>
    <w:p>
      <w:pPr>
        <w:pStyle w:val="Heading3"/>
      </w:pPr>
      <w:r>
        <w:t>Response 2: I am not ready for a relationship right now.</w:t>
      </w:r>
    </w:p>
    <w:p>
      <w:r>
        <w:t>Translation: I'm not ready for a relationship with you.</w:t>
      </w:r>
    </w:p>
    <w:p>
      <w:r>
        <w:t>This is the hardest one to hear, but it's actually a blessing. He's being honest. He's telling you he doesn't want to commit to you. Believe him.</w:t>
      </w:r>
    </w:p>
    <w:p>
      <w:r>
        <w:rPr>
          <w:b/>
        </w:rPr>
        <w:t>What to do: Don't argue. Don't try to convince him. Don't ask why or what you can do differently. Just say, I appreciate you being honest. I'm looking for something serious, so I think it's best if we go our separate ways.</w:t>
      </w:r>
    </w:p>
    <w:p>
      <w:r>
        <w:t>And then you LEAVE. Yes, even if you have feelings. Yes, even if it hurts. Because staying with someone who doesn't want to commit to you is only going to hurt more in the long run.</w:t>
      </w:r>
    </w:p>
    <w:p>
      <w:pPr>
        <w:pStyle w:val="Heading3"/>
      </w:pPr>
      <w:r>
        <w:t>Response 3: I need more time to figure it out.</w:t>
      </w:r>
    </w:p>
    <w:p>
      <w:r>
        <w:t>This is the tricky one. He's not saying yes, but he's also not saying no. He's buying time.</w:t>
      </w:r>
    </w:p>
    <w:p>
      <w:r>
        <w:t>Now, there ARE situations where a man genuinely needs a little more time. Maybe y'all haven't been dating that long. Maybe he just got out of a relationship and is being cautious. Maybe he's dealing with something in his life that's making him hesitant.</w:t>
      </w:r>
    </w:p>
    <w:p>
      <w:r>
        <w:t>But here's the question you need to ask:</w:t>
      </w:r>
    </w:p>
    <w:p>
      <w:r>
        <w:rPr>
          <w:b/>
        </w:rPr>
        <w:t>How much more time?</w:t>
      </w:r>
    </w:p>
    <w:p>
      <w:r>
        <w:rPr>
          <w:b/>
        </w:rPr>
        <w:t>What to do: Don't just accept I need more time without clarification. Say, I understand. How much time are we talking? Because I'm not trying to pressure you, but I also don't want to be in limbo indefinitely.</w:t>
      </w:r>
    </w:p>
    <w:p>
      <w:r>
        <w:t>If he gives you a reasonable timeframe (like Let me have another month), okay. You can work with that. But if he's vague or says I don't know, that's a red flag. He's stalling.</w:t>
      </w:r>
    </w:p>
    <w:p>
      <w:r>
        <w:t>Give him 2-4 more weeks MAX. If he's still figuring it out after that, he's not serious. Walk away.</w:t>
      </w:r>
    </w:p>
    <w:p>
      <w:pPr>
        <w:pStyle w:val="Heading3"/>
      </w:pPr>
      <w:r>
        <w:t>Response 4: Why do we need to label it? Things are good the way they are.</w:t>
      </w:r>
    </w:p>
    <w:p>
      <w:r>
        <w:t>Translation: I'm getting everything I want without committing, so why would I change that?</w:t>
      </w:r>
    </w:p>
    <w:p>
      <w:r>
        <w:t>This response is frustrating because it's manipulative. He's trying to make YOU feel like the problem. Like you're ruining a good thing by wanting clarity.</w:t>
      </w:r>
    </w:p>
    <w:p>
      <w:r>
        <w:t>Don't fall for it.</w:t>
      </w:r>
    </w:p>
    <w:p>
      <w:r>
        <w:rPr>
          <w:b/>
        </w:rPr>
        <w:t>What to do: Stand firm. Say, I'm glad you're happy with how things are, but I need more than this. I'm looking for a committed relationship, and if that's not what you want, that's okay. But I can't keep doing this.</w:t>
      </w:r>
    </w:p>
    <w:p>
      <w:r>
        <w:t>His response to THAT will tell you everything you need to know. If he's willing to lose you over a label, he never really wanted you in the first place.</w:t>
      </w:r>
    </w:p>
    <w:p>
      <w:pPr>
        <w:pStyle w:val="Heading2"/>
      </w:pPr>
      <w:r>
        <w:t>What NOT to Do During The Talk</w:t>
      </w:r>
    </w:p>
    <w:p>
      <w:r>
        <w:t>Before we move on, let's talk about some common mistakes women make during this conversation:</w:t>
      </w:r>
    </w:p>
    <w:p>
      <w:r>
        <w:rPr>
          <w:b/>
        </w:rPr>
        <w:t>Don't make it an ultimatum (at first). Either we're official or I'm out is too aggressive for the initial conversation. Start with curiosity, not demands.</w:t>
      </w:r>
    </w:p>
    <w:p>
      <w:r>
        <w:rPr>
          <w:b/>
        </w:rPr>
        <w:t>Don't apologize for bringing it up. Sorry, I know this is awkward, but... NO. You have nothing to apologize for. You're asking a fair question.</w:t>
      </w:r>
    </w:p>
    <w:p>
      <w:r>
        <w:rPr>
          <w:b/>
        </w:rPr>
        <w:t>Don't backtrack if he seems uncomfortable. If he gets defensive or evasive, don't immediately say Never mind, it's fine. Hold your ground.</w:t>
      </w:r>
    </w:p>
    <w:p>
      <w:r>
        <w:rPr>
          <w:b/>
        </w:rPr>
        <w:t>Don't try to convince him. If he's not ready to commit, you can't logic him into it. You can't make a list of reasons why you're a great catch. If he doesn't see it, that's on him.</w:t>
      </w:r>
    </w:p>
    <w:p>
      <w:r>
        <w:rPr>
          <w:b/>
        </w:rPr>
        <w:t>Don't settle for breadcrumbs. If he gives you a wishy-washy non-answer, don't just accept it and hope it'll get better. It won't.</w:t>
      </w:r>
    </w:p>
    <w:p>
      <w:pPr>
        <w:pStyle w:val="Heading2"/>
      </w:pPr>
      <w:r>
        <w:t>Action Steps: Prepare for The Talk</w:t>
      </w:r>
    </w:p>
    <w:p>
      <w:r>
        <w:t>Here's what you're going to do:</w:t>
      </w:r>
    </w:p>
    <w:p>
      <w:r>
        <w:rPr>
          <w:b/>
        </w:rPr>
        <w:t>Write down what you want to say. Use the script I gave you or create your own. Practice it out loud so you feel confident.</w:t>
      </w:r>
    </w:p>
    <w:p>
      <w:r>
        <w:rPr>
          <w:b/>
        </w:rPr>
        <w:t>Decide on your boundaries. What are you willing to accept? How long are you willing to wait? Know this BEFORE the conversation so you don't waver in the moment.</w:t>
      </w:r>
    </w:p>
    <w:p>
      <w:r>
        <w:rPr>
          <w:b/>
        </w:rPr>
        <w:t>Choose the right setting. Have this conversation in person, not over text. Pick a private, calm setting where you can both talk openly.</w:t>
      </w:r>
    </w:p>
    <w:p>
      <w:r>
        <w:rPr>
          <w:b/>
        </w:rPr>
        <w:t>Be ready to walk away. This is the hardest part, but it's crucial. If he's not ready to commit, you have to be ready to leave. Don't bluff. Mean it.</w:t>
      </w:r>
    </w:p>
    <w:p>
      <w:r>
        <w:rPr>
          <w:b/>
        </w:rPr>
        <w:t>Next up: Red flags that he's wasting your time.</w:t>
      </w:r>
    </w:p>
    <w:p>
      <w:pPr>
        <w:pStyle w:val="Heading1"/>
      </w:pPr>
      <w:r>
        <w:t>Chapter 4: Red Flags That He Is Wasting Your Time (And You Need to Walk Away)</w:t>
      </w:r>
    </w:p>
    <w:p>
      <w:r>
        <w:t>Alright sis, let's talk about the hard truth: Not every man you date is going to be ready to commit. Some men are genuinely just not in a place for a relationship. And that's fine — it's not personal.</w:t>
      </w:r>
    </w:p>
    <w:p>
      <w:r>
        <w:t>But then there are the men who are wasting your time. The ones who are keeping you around for convenience, validation, or sex — while having zero intention of ever making you their girlfriend.</w:t>
      </w:r>
    </w:p>
    <w:p>
      <w:r>
        <w:t>Those are the ones we need to talk about. Because the sooner you recognize the red flags, the sooner you can cut your losses and move on to someone who's actually worth your time.</w:t>
      </w:r>
    </w:p>
    <w:p>
      <w:pPr>
        <w:pStyle w:val="Heading2"/>
      </w:pPr>
      <w:r>
        <w:t>Red Flag 1: He Only Reaches Out Late at Night</w:t>
      </w:r>
    </w:p>
    <w:p>
      <w:r>
        <w:t>If most of his texts come after 10 PM, and especially if they're along the lines of You up? or Wyd? — girl, you are not a priority. You are a late-night option.</w:t>
      </w:r>
    </w:p>
    <w:p>
      <w:r>
        <w:t>A man who's serious about you will reach out during normal hours. He'll text you during the day to check in, make plans for the weekend, ask how your day was. He won't treat you like a booty call.</w:t>
      </w:r>
    </w:p>
    <w:p>
      <w:r>
        <w:rPr>
          <w:b/>
        </w:rPr>
        <w:t>What to do: Stop responding to late-night texts. If he only talks to you when it's convenient for him (aka when he's bored or horny), he's not serious. Let those texts sit on read.</w:t>
      </w:r>
    </w:p>
    <w:p>
      <w:pPr>
        <w:pStyle w:val="Heading2"/>
      </w:pPr>
      <w:r>
        <w:t>Red Flag 2: He Is Inconsistent</w:t>
      </w:r>
    </w:p>
    <w:p>
      <w:r>
        <w:t>One week he's texting you all day, planning dates, acting like you're the only woman in the world. The next week, he's distant, barely responding, acting like you don't exist.</w:t>
      </w:r>
    </w:p>
    <w:p>
      <w:r>
        <w:t>This hot-and-cold behavior is a MASSIVE red flag. It means:</w:t>
      </w:r>
    </w:p>
    <w:p>
      <w:pPr>
        <w:pStyle w:val="ListBullet"/>
      </w:pPr>
      <w:r>
        <w:t>He's talking to other people and you're on rotation</w:t>
      </w:r>
    </w:p>
    <w:p>
      <w:pPr>
        <w:pStyle w:val="ListBullet"/>
      </w:pPr>
      <w:r>
        <w:t>He's emotionally unavailable and can't handle intimacy</w:t>
      </w:r>
    </w:p>
    <w:p>
      <w:pPr>
        <w:pStyle w:val="ListBullet"/>
      </w:pPr>
      <w:r>
        <w:t>He's keeping you on the hook but not fully invested</w:t>
      </w:r>
    </w:p>
    <w:p>
      <w:r>
        <w:rPr>
          <w:b/>
        </w:rPr>
        <w:t>What to do: Match his energy. If he pulls back, you pull back too. Don't chase. Don't double-text. Don't try to fix it. A man who wants you will show up consistently. If he can't do that, he's not your guy.</w:t>
      </w:r>
    </w:p>
    <w:p>
      <w:pPr>
        <w:pStyle w:val="Heading2"/>
      </w:pPr>
      <w:r>
        <w:t>Red Flag 3: He Will Not Define the Relationship</w:t>
      </w:r>
    </w:p>
    <w:p>
      <w:r>
        <w:t>We already talked about this in Chapter 3, but it bears repeating: if you've been seeing each other for 2-3 months and he STILL won't have the conversation about exclusivity, that's a red flag.</w:t>
      </w:r>
    </w:p>
    <w:p>
      <w:r>
        <w:t>He knows what he's doing. He's avoiding the conversation because he doesn't want to commit. And he's hoping you'll just keep going along with the situationship indefinitely.</w:t>
      </w:r>
    </w:p>
    <w:p>
      <w:r>
        <w:rPr>
          <w:b/>
        </w:rPr>
        <w:t>What to do: Bring it up. Use the script from Chapter 3. If he dodges the question, gives you a vague answer, or makes you feel crazy for asking — walk away. You deserve better than limbo.</w:t>
      </w:r>
    </w:p>
    <w:p>
      <w:pPr>
        <w:pStyle w:val="Heading2"/>
      </w:pPr>
      <w:r>
        <w:t>Red Flag 4: He Has Not Introduced You to Anyone Important</w:t>
      </w:r>
    </w:p>
    <w:p>
      <w:r>
        <w:t>If you've been seeing each other for months and you haven't met his friends, his family, his coworkers — nobody — that's a problem.</w:t>
      </w:r>
    </w:p>
    <w:p>
      <w:r>
        <w:t>A man who's serious about you will integrate you into his life. He'll want his friends to meet you. He'll invite you to group hangs. He'll bring you around his people because he's proud to be with you.</w:t>
      </w:r>
    </w:p>
    <w:p>
      <w:r>
        <w:t>If he's keeping you separate from his real life, it's because he doesn't see you as part of his future.</w:t>
      </w:r>
    </w:p>
    <w:p>
      <w:r>
        <w:rPr>
          <w:b/>
        </w:rPr>
        <w:t>What to do: Pay attention to how he talks about you to others. Does he introduce you as his friend? Does he avoid posting you on social media? Does he keep you hidden? If yes, you're not his girlfriend. You're his secret.</w:t>
      </w:r>
    </w:p>
    <w:p>
      <w:pPr>
        <w:pStyle w:val="Heading2"/>
      </w:pPr>
      <w:r>
        <w:t>Red Flag 5: He Is Still Active on Dating Apps</w:t>
      </w:r>
    </w:p>
    <w:p>
      <w:r>
        <w:t>If you've been seeing each other for a while and he's still swiping, updating his profile, or keeping his dating apps active — girl, come on. You know what that means.</w:t>
      </w:r>
    </w:p>
    <w:p>
      <w:r>
        <w:t>He's keeping his options open. He's not all in. He's treating you like one option among many.</w:t>
      </w:r>
    </w:p>
    <w:p>
      <w:r>
        <w:t>Now, to be fair: if y'all haven't had the exclusivity talk yet, he's technically allowed to date other people. But if you're PAST the 60-90 day mark and he's still on the apps, that tells you where his head is at.</w:t>
      </w:r>
    </w:p>
    <w:p>
      <w:r>
        <w:rPr>
          <w:b/>
        </w:rPr>
        <w:t>What to do: If you see that he's still active (and trust me, you will — girls talk), bring it up. Hey, I noticed you're still on the apps. Are we exclusive, or are we both still seeing other people? His answer will tell you everything.</w:t>
      </w:r>
    </w:p>
    <w:p>
      <w:pPr>
        <w:pStyle w:val="Heading2"/>
      </w:pPr>
      <w:r>
        <w:t>Red Flag 6: He Disappears and Reappears</w:t>
      </w:r>
    </w:p>
    <w:p>
      <w:r>
        <w:t>The classic ghost and comeback move. He'll disappear for days or weeks with no explanation, then pop back up like nothing happened. Hey stranger or Miss you texts out of nowhere.</w:t>
      </w:r>
    </w:p>
    <w:p>
      <w:r>
        <w:t>This is called breadcrumbing. He's giving you just enough attention to keep you interested, but not enough to actually commit. He's keeping you on the back burner in case his other options don't work out.</w:t>
      </w:r>
    </w:p>
    <w:p>
      <w:r>
        <w:rPr>
          <w:b/>
        </w:rPr>
        <w:t>What to do: Don't reward this behavior. If he ghosted you and then came back, don't just pick up where you left off. Call it out. You disappeared for two weeks. What happened? If he doesn't have a good reason (and I was busy is NOT a good reason), don't give him another chance. He'll just do it again.</w:t>
      </w:r>
    </w:p>
    <w:p>
      <w:pPr>
        <w:pStyle w:val="Heading2"/>
      </w:pPr>
      <w:r>
        <w:t>Red Flag 7: All Your Hangouts Are at His Place (or Yours)</w:t>
      </w:r>
    </w:p>
    <w:p>
      <w:r>
        <w:t>If every date is Netflix and chill at his apartment or yours, that's not dating. That's hooking up.</w:t>
      </w:r>
    </w:p>
    <w:p>
      <w:r>
        <w:t>A man who's serious about you will take you out. He'll plan real dates — dinner, activities, experiences. He'll put in effort beyond inviting you over to watch a movie (which we all know ends up being more than just a movie).</w:t>
      </w:r>
    </w:p>
    <w:p>
      <w:r>
        <w:rPr>
          <w:b/>
        </w:rPr>
        <w:t>What to do: Stop accepting low-effort hangouts. If he only invites you over, say I'd love to see you, but I'm not really in the mood to stay in. Want to grab dinner instead? If he balks at that, he's not trying to date you. He's trying to sleep with you.</w:t>
      </w:r>
    </w:p>
    <w:p>
      <w:pPr>
        <w:pStyle w:val="Heading2"/>
      </w:pPr>
      <w:r>
        <w:t>Red Flag 8: He Talks About His Ex A LOT</w:t>
      </w:r>
    </w:p>
    <w:p>
      <w:r>
        <w:t>If he's constantly bringing up his ex — whether he's talking trash about her or reminiscing about the good times — that's a sign he's not over her.</w:t>
      </w:r>
    </w:p>
    <w:p>
      <w:r>
        <w:t>You cannot build a healthy relationship with someone who's still emotionally invested in their past relationship. Even if he swears he's totally over her, if she's still a frequent topic of conversation, he's lying.</w:t>
      </w:r>
    </w:p>
    <w:p>
      <w:r>
        <w:rPr>
          <w:b/>
        </w:rPr>
        <w:t>What to do: If he brings up his ex more than once or twice, say something. I notice you talk about your ex a lot. Are you sure you're ready to move on? His reaction will tell you what you need to know.</w:t>
      </w:r>
    </w:p>
    <w:p>
      <w:pPr>
        <w:pStyle w:val="Heading2"/>
      </w:pPr>
      <w:r>
        <w:t>When to Walk Away: The Final Straw Checklist</w:t>
      </w:r>
    </w:p>
    <w:p>
      <w:r>
        <w:t>Okay, so you've spotted the red flags. Now the question is: when do you actually walk away?</w:t>
      </w:r>
    </w:p>
    <w:p>
      <w:r>
        <w:t>Here's the rule:</w:t>
      </w:r>
    </w:p>
    <w:p>
      <w:r>
        <w:rPr>
          <w:b/>
        </w:rPr>
        <w:t>If you see 3 or more of these red flags, it's time to go.</w:t>
      </w:r>
    </w:p>
    <w:p>
      <w:r>
        <w:t>Not in a few weeks. Not after one more conversation. Now.</w:t>
      </w:r>
    </w:p>
    <w:p>
      <w:r>
        <w:t>Because here's the thing: one red flag can be a misunderstanding or a rough patch. But multiple red flags? That's a pattern. And patterns don't change unless the person WANTS to change — and most people don't.</w:t>
      </w:r>
    </w:p>
    <w:p>
      <w:pPr>
        <w:pStyle w:val="Heading2"/>
      </w:pPr>
      <w:r>
        <w:t>Action Steps: Evaluate Your Situation</w:t>
      </w:r>
    </w:p>
    <w:p>
      <w:r>
        <w:t>Go through the red flags above and honestly assess your situation:</w:t>
      </w:r>
    </w:p>
    <w:p>
      <w:pPr>
        <w:pStyle w:val="ListBullet"/>
      </w:pPr>
      <w:r>
        <w:t>How many of these red flags apply to your current situationship?</w:t>
      </w:r>
    </w:p>
    <w:p>
      <w:pPr>
        <w:pStyle w:val="ListBullet"/>
      </w:pPr>
      <w:r>
        <w:t>Have you brought up any of these concerns to him? What was his response?</w:t>
      </w:r>
    </w:p>
    <w:p>
      <w:pPr>
        <w:pStyle w:val="ListBullet"/>
      </w:pPr>
      <w:r>
        <w:t>Are you making excuses for his behavior? (Be honest.)</w:t>
      </w:r>
    </w:p>
    <w:p>
      <w:pPr>
        <w:pStyle w:val="ListBullet"/>
      </w:pPr>
      <w:r>
        <w:t>If your best friend were in this situation, what would you tell her to do?</w:t>
      </w:r>
    </w:p>
    <w:p>
      <w:r>
        <w:t>Write down your answers. And if you're seeing 3+ red flags, start preparing yourself to walk away. I know it's hard. But you deserve someone who's ALL IN, not someone who's keeping you on the roster.</w:t>
      </w:r>
    </w:p>
    <w:p>
      <w:r>
        <w:rPr>
          <w:b/>
        </w:rPr>
        <w:t>Next up: Setting boundaries around intimacy.</w:t>
      </w:r>
    </w:p>
    <w:p>
      <w:pPr>
        <w:pStyle w:val="Heading1"/>
      </w:pPr>
      <w:r>
        <w:t>Chapter 5: Why You Need to Stop Giving Girlfriend Benefits to Non-Boyfriends</w:t>
      </w:r>
    </w:p>
    <w:p>
      <w:r>
        <w:t>Okay y'all, let's talk about the elephant in the room: sex.</w:t>
      </w:r>
    </w:p>
    <w:p>
      <w:r>
        <w:t>Specifically, let's talk about why sleeping with a man who hasn't committed to you is one of the biggest mistakes you can make in the early stages of dating.</w:t>
      </w:r>
    </w:p>
    <w:p>
      <w:r>
        <w:t>Now, I already know what some of y'all are thinking: But Morránna, it's 2026! Women can have casual sex! We're not in the 1950s!</w:t>
      </w:r>
    </w:p>
    <w:p>
      <w:r>
        <w:t>And you're right. You CAN have casual sex if that's what you want. But here's the thing: if you're reading this ebook, you're not looking for casual. You're looking for a RELATIONSHIP. And sleeping with someone too soon significantly lowers your chances of getting one.</w:t>
      </w:r>
    </w:p>
    <w:p>
      <w:r>
        <w:t>Let me explain why.</w:t>
      </w:r>
    </w:p>
    <w:p>
      <w:pPr>
        <w:pStyle w:val="Heading2"/>
      </w:pPr>
      <w:r>
        <w:t>The Problem With Premature Intimacy</w:t>
      </w:r>
    </w:p>
    <w:p>
      <w:r>
        <w:t>When you sleep with a man before he's emotionally invested, you give him the main thing he wants (physical intimacy) without requiring him to earn it through commitment.</w:t>
      </w:r>
    </w:p>
    <w:p>
      <w:r>
        <w:t>Think about it: Why would he work to level up the relationship when he's already getting the benefits? You're cooking for him. You're sleeping with him. You're being emotionally supportive. You're acting like his girlfriend.</w:t>
      </w:r>
    </w:p>
    <w:p>
      <w:r>
        <w:t>But he hasn't claimed you. He hasn't committed. He hasn't put in the work to earn that level of access to you.</w:t>
      </w:r>
    </w:p>
    <w:p>
      <w:r>
        <w:t>And here's the kicker:</w:t>
      </w:r>
    </w:p>
    <w:p>
      <w:r>
        <w:rPr>
          <w:b/>
        </w:rPr>
        <w:t>Men know this. They know that if they can get the girlfriend experience without the commitment, they will. Because why wouldn't they?</w:t>
      </w:r>
    </w:p>
    <w:p>
      <w:pPr>
        <w:pStyle w:val="Heading2"/>
      </w:pPr>
      <w:r>
        <w:t>The Chemistry Trap</w:t>
      </w:r>
    </w:p>
    <w:p>
      <w:r>
        <w:t>Now, I know what you're thinking: But we have such good chemistry! The sex is amazing! Doesn't that mean something?</w:t>
      </w:r>
    </w:p>
    <w:p>
      <w:r>
        <w:t>Girl. No.</w:t>
      </w:r>
    </w:p>
    <w:p>
      <w:r>
        <w:t>Good sex does not equal a good relationship. Sexual chemistry does not equal emotional compatibility. You can have mind-blowing physical chemistry with someone who has zero intention of ever being your boyfriend.</w:t>
      </w:r>
    </w:p>
    <w:p>
      <w:r>
        <w:t>In fact, strong physical chemistry can actually cloud your judgment. It releases oxytocin (the bonding hormone), which makes you feel emotionally attached to someone even if they're not treating you right. You start making excuses for red flags because the physical connection is so strong.</w:t>
      </w:r>
    </w:p>
    <w:p>
      <w:r>
        <w:t>That's the chemistry trap. And it keeps women stuck in situationships for MONTHS.</w:t>
      </w:r>
    </w:p>
    <w:p>
      <w:pPr>
        <w:pStyle w:val="Heading2"/>
      </w:pPr>
      <w:r>
        <w:t>The But We Are Adults Argument</w:t>
      </w:r>
    </w:p>
    <w:p>
      <w:r>
        <w:t>Some of y'all are going to say, I'm a grown woman. I can have sex whenever I want. I don't need to wait for a commitment.</w:t>
      </w:r>
    </w:p>
    <w:p>
      <w:r>
        <w:t>And again — you're absolutely right. You CAN do whatever you want.</w:t>
      </w:r>
    </w:p>
    <w:p>
      <w:r>
        <w:t>But here's the reality:</w:t>
      </w:r>
    </w:p>
    <w:p>
      <w:r>
        <w:rPr>
          <w:b/>
        </w:rPr>
        <w:t>Most men are not going to value what they get for free. I'm not saying that's fair. I'm not saying it's right. But it's true.</w:t>
      </w:r>
    </w:p>
    <w:p>
      <w:r>
        <w:t>Men are wired to chase. They're wired to pursue. When you make yourself too available too soon, you remove the challenge. And without the challenge, there's no investment.</w:t>
      </w:r>
    </w:p>
    <w:p>
      <w:r>
        <w:t>So yes, you CAN sleep with him on the first date. But if you do, don't be surprised when he treats you like a hookup instead of a girlfriend.</w:t>
      </w:r>
    </w:p>
    <w:p>
      <w:pPr>
        <w:pStyle w:val="Heading2"/>
      </w:pPr>
      <w:r>
        <w:t>So... When Should You Sleep With Him?</w:t>
      </w:r>
    </w:p>
    <w:p>
      <w:r>
        <w:t>Alright, so if sleeping with him too soon is a bad idea, when IS the right time?</w:t>
      </w:r>
    </w:p>
    <w:p>
      <w:r>
        <w:t>Here's my rule:</w:t>
      </w:r>
    </w:p>
    <w:p>
      <w:r>
        <w:rPr>
          <w:b/>
        </w:rPr>
        <w:t>Don't sleep with him until you're exclusive.</w:t>
      </w:r>
    </w:p>
    <w:p>
      <w:r>
        <w:t>Not talking. Not seeing where it goes. EXCLUSIVE. As in, you've had the conversation and you're officially together.</w:t>
      </w:r>
    </w:p>
    <w:p>
      <w:r>
        <w:t>Now, I know that might sound extreme to some of you. But think about it: if he's really into you, waiting a couple months for sex isn't going to scare him off. And if it DOES scare him off, that tells you everything you need to know. He was only sticking around for sex, not a relationship.</w:t>
      </w:r>
    </w:p>
    <w:p>
      <w:pPr>
        <w:pStyle w:val="Heading2"/>
      </w:pPr>
      <w:r>
        <w:t>What If You Have Already Slept With Him?</w:t>
      </w:r>
    </w:p>
    <w:p>
      <w:r>
        <w:t>Okay, so what if you're reading this and thinking, Uh oh. I already slept with him and we're not exclusive. What now?</w:t>
      </w:r>
    </w:p>
    <w:p>
      <w:r>
        <w:t>First of all, don't panic. It's not the end of the world. You can still turn this around.</w:t>
      </w:r>
    </w:p>
    <w:p>
      <w:r>
        <w:t>Here's what you do:</w:t>
      </w:r>
    </w:p>
    <w:p>
      <w:r>
        <w:rPr>
          <w:b/>
        </w:rPr>
        <w:t>Stop sleeping with him until you're exclusive. Yes, I'm serious. If you've already had sex, you can't take it back. But you CAN stop having sex going forward until he commits.</w:t>
      </w:r>
    </w:p>
    <w:p>
      <w:r>
        <w:t>When he asks why, be honest. I've been thinking, and I realize I'm not comfortable being intimate without a commitment. If we're going to keep seeing each other, I need us to be exclusive first.</w:t>
      </w:r>
    </w:p>
    <w:p>
      <w:r>
        <w:t>His response will tell you everything. If he respects your boundary and is willing to work toward exclusivity, great. If he gets upset or tries to pressure you, he's not the one. Walk away.</w:t>
      </w:r>
    </w:p>
    <w:p>
      <w:pPr>
        <w:pStyle w:val="Heading2"/>
      </w:pPr>
      <w:r>
        <w:t>Other Girlfriend Benefits to Watch Out For</w:t>
      </w:r>
    </w:p>
    <w:p>
      <w:r>
        <w:t>Sex isn't the only girlfriend benefit you need to protect. Here are some others:</w:t>
      </w:r>
    </w:p>
    <w:p>
      <w:r>
        <w:rPr>
          <w:b/>
        </w:rPr>
        <w:t>Cooking for him. If you're making him home-cooked meals on the regular, you're wifing him up without the ring (or even the boyfriend title).</w:t>
      </w:r>
    </w:p>
    <w:p>
      <w:r>
        <w:rPr>
          <w:b/>
        </w:rPr>
        <w:t>Being his therapist. If you're providing emotional support, listening to his problems, and helping him work through his feelings — that's girlfriend-level emotional labor. Don't do it for free.</w:t>
      </w:r>
    </w:p>
    <w:p>
      <w:r>
        <w:rPr>
          <w:b/>
        </w:rPr>
        <w:t>Running errands with him or for him. If you're helping him pick out furniture, doing his grocery shopping, or running to Target for him — girl, stop.</w:t>
      </w:r>
    </w:p>
    <w:p>
      <w:r>
        <w:rPr>
          <w:b/>
        </w:rPr>
        <w:t>Meeting his family. Don't meet his mama until he's introduced you as his girlfriend. Period.</w:t>
      </w:r>
    </w:p>
    <w:p>
      <w:r>
        <w:t>Save these things for a man who's earned them by committing to you.</w:t>
      </w:r>
    </w:p>
    <w:p>
      <w:pPr>
        <w:pStyle w:val="Heading2"/>
      </w:pPr>
      <w:r>
        <w:t>Action Steps: Take Inventory</w:t>
      </w:r>
    </w:p>
    <w:p>
      <w:r>
        <w:t>Look at your current situation and ask yourself:</w:t>
      </w:r>
    </w:p>
    <w:p>
      <w:pPr>
        <w:pStyle w:val="ListBullet"/>
      </w:pPr>
      <w:r>
        <w:t>What girlfriend benefits am I giving him?</w:t>
      </w:r>
    </w:p>
    <w:p>
      <w:pPr>
        <w:pStyle w:val="ListBullet"/>
      </w:pPr>
      <w:r>
        <w:t>Has he committed to me in return?</w:t>
      </w:r>
    </w:p>
    <w:p>
      <w:pPr>
        <w:pStyle w:val="ListBullet"/>
      </w:pPr>
      <w:r>
        <w:t>If not, what am I willing to pull back on until he does?</w:t>
      </w:r>
    </w:p>
    <w:p>
      <w:r>
        <w:t>Write it down. Then stick to it. Remember: you perfect what you practice. If you keep giving girlfriend energy to non-boyfriends, you're going to keep attracting men who take without giving back.</w:t>
      </w:r>
    </w:p>
    <w:p>
      <w:r>
        <w:rPr>
          <w:b/>
        </w:rPr>
        <w:t>Next up: Building your roster so you're not sitting around waiting for one man.</w:t>
      </w:r>
    </w:p>
    <w:p>
      <w:pPr>
        <w:pStyle w:val="Heading1"/>
      </w:pPr>
      <w:r>
        <w:t>Chapter 6: Build Your Roster and Be the Prize</w:t>
      </w:r>
    </w:p>
    <w:p>
      <w:r>
        <w:t>Okay babe, let's talk about one of the most important strategies in this whole ebook: building your roster.</w:t>
      </w:r>
    </w:p>
    <w:p>
      <w:r>
        <w:t>If you're not familiar with the term, your roster is the group of men you're dating casually before you commit to one. Think of it like this: you wouldn't accept a job offer without interviewing at multiple companies, right? Same thing applies to dating.</w:t>
      </w:r>
    </w:p>
    <w:p>
      <w:r>
        <w:t>And yet, so many women meet ONE guy they like and immediately take themselves off the market. They stop swiping. They stop going on dates. They sit around waiting for this one man to decide if he wants them.</w:t>
      </w:r>
    </w:p>
    <w:p>
      <w:r>
        <w:t>Girl, no. That's not how this works.</w:t>
      </w:r>
    </w:p>
    <w:p>
      <w:pPr>
        <w:pStyle w:val="Heading2"/>
      </w:pPr>
      <w:r>
        <w:t>Why You Need a Roster</w:t>
      </w:r>
    </w:p>
    <w:p>
      <w:r>
        <w:t>Here's the thing: when you're dating multiple people at once (casually, before exclusivity), you:</w:t>
      </w:r>
    </w:p>
    <w:p>
      <w:r>
        <w:rPr>
          <w:b/>
        </w:rPr>
        <w:t>1. Don't get too attached too fast. When you have options, you're not obsessing over one man's texts or analyzing every little thing he does. You're busy living your life and seeing other people.</w:t>
      </w:r>
    </w:p>
    <w:p>
      <w:r>
        <w:rPr>
          <w:b/>
        </w:rPr>
        <w:t>2. Keep your standards high. When you're only talking to one guy, you're more likely to overlook red flags because you don't want to start over. But when you have other options? It's easier to walk away from someone who's not treating you right.</w:t>
      </w:r>
    </w:p>
    <w:p>
      <w:r>
        <w:rPr>
          <w:b/>
        </w:rPr>
        <w:t>3. Stay in your feminine energy. You're not chasing. You're not anxiously waiting. You're receiving. Men are pursuing YOU, and you're choosing who gets your time.</w:t>
      </w:r>
    </w:p>
    <w:p>
      <w:r>
        <w:rPr>
          <w:b/>
        </w:rPr>
        <w:t>4. Create healthy competition. When a man knows you have options, he'll step up his game. He'll work harder to win you over. He won't take you for granted.</w:t>
      </w:r>
    </w:p>
    <w:p>
      <w:pPr>
        <w:pStyle w:val="Heading2"/>
      </w:pPr>
      <w:r>
        <w:t>How to Build Your Roster</w:t>
      </w:r>
    </w:p>
    <w:p>
      <w:r>
        <w:t>Building a roster doesn't mean you're sleeping with multiple people. It means you're dating multiple people until ONE of them earns exclusivity.</w:t>
      </w:r>
    </w:p>
    <w:p>
      <w:r>
        <w:t>Here's how to do it:</w:t>
      </w:r>
    </w:p>
    <w:p>
      <w:r>
        <w:rPr>
          <w:b/>
        </w:rPr>
        <w:t>Stay active on dating apps. Even if you're really feeling one guy, keep swiping. Keep matching. Keep your options open until someone commits.</w:t>
      </w:r>
    </w:p>
    <w:p>
      <w:r>
        <w:rPr>
          <w:b/>
        </w:rPr>
        <w:t>Go on dates with multiple men. Don't cancel dates with other guys just because one guy is texting you. See them all. Give yourself options.</w:t>
      </w:r>
    </w:p>
    <w:p>
      <w:r>
        <w:rPr>
          <w:b/>
        </w:rPr>
        <w:t>Don't put all your eggs in one basket. If you're really into one guy, that's fine. But don't act like you're exclusive until you actually ARE exclusive.</w:t>
      </w:r>
    </w:p>
    <w:p>
      <w:r>
        <w:rPr>
          <w:b/>
        </w:rPr>
        <w:t>Be honest (but strategic). You don't need to tell every guy I'm dating other people. But if they ask, don't lie. Say something like I'm keeping my options open until I find the right person.</w:t>
      </w:r>
    </w:p>
    <w:p>
      <w:pPr>
        <w:pStyle w:val="Heading2"/>
      </w:pPr>
      <w:r>
        <w:t>Common Objections to the Roster Strategy</w:t>
      </w:r>
    </w:p>
    <w:p>
      <w:r>
        <w:t>I know some of y'all are resistant to this. Let me address the most common pushback:</w:t>
      </w:r>
    </w:p>
    <w:p>
      <w:pPr>
        <w:pStyle w:val="Heading3"/>
      </w:pPr>
      <w:r>
        <w:t>But that feels like leading people on!</w:t>
      </w:r>
    </w:p>
    <w:p>
      <w:r>
        <w:t>No, it's not. As long as you haven't committed to exclusivity, you're not doing anything wrong by dating multiple people. In fact, it's smart. You're vetting your options before making a decision.</w:t>
      </w:r>
    </w:p>
    <w:p>
      <w:pPr>
        <w:pStyle w:val="Heading3"/>
      </w:pPr>
      <w:r>
        <w:t>But I can only focus on one person at a time!</w:t>
      </w:r>
    </w:p>
    <w:p>
      <w:r>
        <w:t>Then you're making it too easy for men to waste your time. When you focus on one person too early, you give them all your energy without knowing if they're worth it. Dating multiple people keeps you objective.</w:t>
      </w:r>
    </w:p>
    <w:p>
      <w:pPr>
        <w:pStyle w:val="Heading3"/>
      </w:pPr>
      <w:r>
        <w:t>But the guy I like might find out and get upset!</w:t>
      </w:r>
    </w:p>
    <w:p>
      <w:r>
        <w:t>Good. If he doesn't want you dating other people, he can make you his girlfriend. Until then, what you do is your business.</w:t>
      </w:r>
    </w:p>
    <w:p>
      <w:pPr>
        <w:pStyle w:val="Heading2"/>
      </w:pPr>
      <w:r>
        <w:t>What If He Asks If You Are Seeing Other People?</w:t>
      </w:r>
    </w:p>
    <w:p>
      <w:r>
        <w:t>This will come up. And when it does, here's how to handle it:</w:t>
      </w:r>
    </w:p>
    <w:p>
      <w:r>
        <w:t>If you want to be direct, say: I'm keeping my options open until I'm in a committed relationship. Are you looking to be exclusive?</w:t>
      </w:r>
    </w:p>
    <w:p>
      <w:r>
        <w:t>If you want to be more subtle, say: I'm focusing on getting to know you, but I'm not putting my life on hold while we figure things out.</w:t>
      </w:r>
    </w:p>
    <w:p>
      <w:r>
        <w:t>Either way, you're being honest without apologizing. And if he's serious about you, this will motivate him to lock you down.</w:t>
      </w:r>
    </w:p>
    <w:p>
      <w:pPr>
        <w:pStyle w:val="Heading2"/>
      </w:pPr>
      <w:r>
        <w:t>How to Know When to Stop Building and Start Committing</w:t>
      </w:r>
    </w:p>
    <w:p>
      <w:r>
        <w:t>Okay, so you've been dating multiple guys. One of them is really stepping up. He's consistent, he's making an effort, he's moving toward commitment. At what point do you go all-in?</w:t>
      </w:r>
    </w:p>
    <w:p>
      <w:r>
        <w:t>Here's the answer:</w:t>
      </w:r>
    </w:p>
    <w:p>
      <w:r>
        <w:rPr>
          <w:b/>
        </w:rPr>
        <w:t>When he asks you to be exclusive, and you genuinely want to say yes.</w:t>
      </w:r>
    </w:p>
    <w:p>
      <w:r>
        <w:t>Not when you're hoping he'll eventually commit. Not when you think he might be the one. When he's actually asked you to be his girlfriend and you're excited about it.</w:t>
      </w:r>
    </w:p>
    <w:p>
      <w:r>
        <w:t>Until that happens, keep your roster active. Because you perfect what you practice. And if you practice settling for situationships, that's all you'll ever get.</w:t>
      </w:r>
    </w:p>
    <w:p>
      <w:pPr>
        <w:pStyle w:val="Heading2"/>
      </w:pPr>
      <w:r>
        <w:t>Action Steps: Activate Your Roster</w:t>
      </w:r>
    </w:p>
    <w:p>
      <w:r>
        <w:t>Here's what you're going to do this week:</w:t>
      </w:r>
    </w:p>
    <w:p>
      <w:r>
        <w:rPr>
          <w:b/>
        </w:rPr>
        <w:t>If you deleted your dating apps, re-download them. Yes, even if you're really feeling one guy. Protect yourself.</w:t>
      </w:r>
    </w:p>
    <w:p>
      <w:r>
        <w:rPr>
          <w:b/>
        </w:rPr>
        <w:t>Accept at least one date with someone new. Even if you're not super excited about them. The goal is to keep your options open and remind yourself that you have choices.</w:t>
      </w:r>
    </w:p>
    <w:p>
      <w:r>
        <w:rPr>
          <w:b/>
        </w:rPr>
        <w:t>Stop acting like a girlfriend to a man who hasn't claimed you. No more cooking for him, no more exclusive hangouts, no more girlfriend energy. He gets casual dating energy until he commits.</w:t>
      </w:r>
    </w:p>
    <w:p>
      <w:r>
        <w:rPr>
          <w:b/>
        </w:rPr>
        <w:t>Remember: Winners win. Losers lose. Build your roster, and get chosen. Be the winner. Be the prize.</w:t>
      </w:r>
    </w:p>
    <w:p>
      <w:pPr>
        <w:pStyle w:val="Heading1"/>
      </w:pPr>
      <w:r>
        <w:t>Chapter 7: When to Walk Away and Choose Yourself</w:t>
      </w:r>
    </w:p>
    <w:p>
      <w:r>
        <w:t>Alright sis, we've made it to the final chapter. And this is the most important one.</w:t>
      </w:r>
    </w:p>
    <w:p>
      <w:r>
        <w:t>Because at the end of the day, all the strategies in the world won't matter if you're not willing to do the hardest thing: walk away from someone who's not choosing you.</w:t>
      </w:r>
    </w:p>
    <w:p>
      <w:r>
        <w:t>I know it's scary. I know you've invested time, energy, and feelings into this person. I know you're hoping that if you just wait a little longer, he'll come around.</w:t>
      </w:r>
    </w:p>
    <w:p>
      <w:r>
        <w:t>But here's what I need you to understand:</w:t>
      </w:r>
    </w:p>
    <w:p>
      <w:r>
        <w:rPr>
          <w:b/>
        </w:rPr>
        <w:t>Staying with someone who doesn't want you is the most painful thing you can do to yourself.</w:t>
      </w:r>
    </w:p>
    <w:p>
      <w:r>
        <w:t>It's worse than being alone. It's worse than starting over. Because every day you stay is another day you're choosing him over yourself.</w:t>
      </w:r>
    </w:p>
    <w:p>
      <w:pPr>
        <w:pStyle w:val="Heading2"/>
      </w:pPr>
      <w:r>
        <w:t>Signs It Is Time to Walk Away</w:t>
      </w:r>
    </w:p>
    <w:p>
      <w:r>
        <w:t>Let me be real with you. Here are the clear signs that it's time to go:</w:t>
      </w:r>
    </w:p>
    <w:p>
      <w:pPr>
        <w:pStyle w:val="ListBullet"/>
      </w:pPr>
      <w:r>
        <w:t>You've made it to the 90-day mark (or past it) and he still won't commit</w:t>
      </w:r>
    </w:p>
    <w:p>
      <w:pPr>
        <w:pStyle w:val="ListBullet"/>
      </w:pPr>
      <w:r>
        <w:t>You've had the talk and he gave you a vague non-answer</w:t>
      </w:r>
    </w:p>
    <w:p>
      <w:pPr>
        <w:pStyle w:val="ListBullet"/>
      </w:pPr>
      <w:r>
        <w:t>You see 3 or more red flags from Chapter 4</w:t>
      </w:r>
    </w:p>
    <w:p>
      <w:pPr>
        <w:pStyle w:val="ListBullet"/>
      </w:pPr>
      <w:r>
        <w:t>You feel more anxious than happy in this situation</w:t>
      </w:r>
    </w:p>
    <w:p>
      <w:pPr>
        <w:pStyle w:val="ListBullet"/>
      </w:pPr>
      <w:r>
        <w:t>You're constantly making excuses for his behavior</w:t>
      </w:r>
    </w:p>
    <w:p>
      <w:pPr>
        <w:pStyle w:val="ListBullet"/>
      </w:pPr>
      <w:r>
        <w:t>Your friends and family are telling you to leave</w:t>
      </w:r>
    </w:p>
    <w:p>
      <w:pPr>
        <w:pStyle w:val="ListBullet"/>
      </w:pPr>
      <w:r>
        <w:t>You've tried pulling back and he didn't even notice (or didn't care)</w:t>
      </w:r>
    </w:p>
    <w:p>
      <w:pPr>
        <w:pStyle w:val="ListBullet"/>
      </w:pPr>
      <w:r>
        <w:t>He's introduced you to nobody important in his life after months of dating</w:t>
      </w:r>
    </w:p>
    <w:p>
      <w:pPr>
        <w:pStyle w:val="ListBullet"/>
      </w:pPr>
      <w:r>
        <w:t>You're doing all the emotional labor and he's just showing up</w:t>
      </w:r>
    </w:p>
    <w:p>
      <w:r>
        <w:t>If ANY of these apply, it's time. Not next week. Not after one more conversation. Now.</w:t>
      </w:r>
    </w:p>
    <w:p>
      <w:pPr>
        <w:pStyle w:val="Heading2"/>
      </w:pPr>
      <w:r>
        <w:t>How to Actually Walk Away</w:t>
      </w:r>
    </w:p>
    <w:p>
      <w:r>
        <w:t>Walking away sounds simple, but it's one of the hardest things to do. Here's how to do it with dignity and your self-respect intact:</w:t>
      </w:r>
    </w:p>
    <w:p>
      <w:r>
        <w:rPr>
          <w:b/>
        </w:rPr>
        <w:t>1. Have one final conversation. Don't ghost him. Be an adult. Say something like: I've really enjoyed getting to know you, but I'm looking for a committed relationship and it's clear we're not on the same page. I think it's best if we go our separate ways.</w:t>
      </w:r>
    </w:p>
    <w:p>
      <w:r>
        <w:t>Keep it short. Keep it direct. Don't over-explain. Don't justify. Just state your decision and stick to it.</w:t>
      </w:r>
    </w:p>
    <w:p>
      <w:r>
        <w:rPr>
          <w:b/>
        </w:rPr>
        <w:t>2. Don't expect him to fight for you. This isn't a movie, sis. He's probably going to accept it and move on. And that's okay. Actually, that's GOOD — it confirms that he wasn't the one.</w:t>
      </w:r>
    </w:p>
    <w:p>
      <w:r>
        <w:t>If he does try to convince you to stay without offering actual commitment, don't fall for it. Words are cheap. If he wanted to commit, he would have done it already.</w:t>
      </w:r>
    </w:p>
    <w:p>
      <w:r>
        <w:rPr>
          <w:b/>
        </w:rPr>
        <w:t>3. Block or unfollow him on social media. You can't heal while you're still watching his every move. Remove the temptation. You don't need to see him living his best life while you're trying to move on.</w:t>
      </w:r>
    </w:p>
    <w:p>
      <w:r>
        <w:rPr>
          <w:b/>
        </w:rPr>
        <w:t>4. Delete his number. Or at least delete the text thread. Make it harder for yourself to reach out in a moment of weakness at 2 AM when you're feeling lonely.</w:t>
      </w:r>
    </w:p>
    <w:p>
      <w:r>
        <w:rPr>
          <w:b/>
        </w:rPr>
        <w:t>5. Lean on your support system. Tell your girls what you did and ask them to hold you accountable. They'll help you stay strong when you're tempted to text him.</w:t>
      </w:r>
    </w:p>
    <w:p>
      <w:r>
        <w:t>And girl, I'm going to be real with you: the first few days are going to be HARD. You're going to miss him. You're going to second-guess yourself. You're going to wonder if you made the right choice.</w:t>
      </w:r>
    </w:p>
    <w:p>
      <w:r>
        <w:t>But stay strong. Because every day you make it without reaching out is a day closer to finding someone who will actually choose you.</w:t>
      </w:r>
    </w:p>
    <w:p>
      <w:pPr>
        <w:pStyle w:val="Heading2"/>
      </w:pPr>
      <w:r>
        <w:t>What Happens After You Walk Away</w:t>
      </w:r>
    </w:p>
    <w:p>
      <w:r>
        <w:t>Here's what usually happens when you walk away from a situationship:</w:t>
      </w:r>
    </w:p>
    <w:p>
      <w:pPr>
        <w:pStyle w:val="Heading3"/>
      </w:pPr>
      <w:r>
        <w:t>Option 1: He lets you go.</w:t>
      </w:r>
    </w:p>
    <w:p>
      <w:r>
        <w:t>This is the most common outcome. He'll accept it, maybe say something like I understand or I'm sorry it didn't work out, and that'll be it.</w:t>
      </w:r>
    </w:p>
    <w:p>
      <w:r>
        <w:t>It hurts, but it's also closure. You now know for SURE that he wasn't the one. And honestly? That's a gift. Now you can stop wasting time wondering what if and start moving forward.</w:t>
      </w:r>
    </w:p>
    <w:p>
      <w:pPr>
        <w:pStyle w:val="Heading3"/>
      </w:pPr>
      <w:r>
        <w:t>Option 2: He comes back with empty promises.</w:t>
      </w:r>
    </w:p>
    <w:p>
      <w:r>
        <w:t>A few days or weeks later, he might text you. I miss you. I've been thinking about us. Can we talk?</w:t>
      </w:r>
    </w:p>
    <w:p>
      <w:r>
        <w:t>Here's the thing: unless he's coming back with a CLEAR commitment (I want to be your boyfriend. I want to be exclusive. I was wrong.), don't fall for it.</w:t>
      </w:r>
    </w:p>
    <w:p>
      <w:r>
        <w:t>He's just missing the attention you gave him. He's missing the girlfriend benefits without the commitment. He's not missing YOU — he's missing what you DID for him.</w:t>
      </w:r>
    </w:p>
    <w:p>
      <w:r>
        <w:rPr>
          <w:b/>
        </w:rPr>
        <w:t>What to do: Ask him directly: Are you ready to commit to me and be exclusive? If he gives you anything other than a clear YES, block him again. Don't let him waste more of your time.</w:t>
      </w:r>
    </w:p>
    <w:p>
      <w:pPr>
        <w:pStyle w:val="Heading3"/>
      </w:pPr>
      <w:r>
        <w:t>Option 3: He actually steps up.</w:t>
      </w:r>
    </w:p>
    <w:p>
      <w:r>
        <w:t>This is rare, but it happens. Sometimes a man needs to feel the LOSS to realize what he had.</w:t>
      </w:r>
    </w:p>
    <w:p>
      <w:r>
        <w:t>If he comes back with a genuine commitment AND changed behavior (not just words, but ACTIONS), you can consider giving him a chance.</w:t>
      </w:r>
    </w:p>
    <w:p>
      <w:r>
        <w:t>But proceed with EXTREME caution. Make him prove it. Make him earn you back. Don't just fall back into the same pattern because he said the right things.</w:t>
      </w:r>
    </w:p>
    <w:p>
      <w:r>
        <w:rPr>
          <w:b/>
        </w:rPr>
        <w:t>What to watch for: Is he introducing you to his people now? Is he making you a priority? Is he being consistent? Is he deleting his dating apps? Is he calling you his girlfriend in public?</w:t>
      </w:r>
    </w:p>
    <w:p>
      <w:r>
        <w:t>If yes, okay. Maybe he learned. But if it's just words with no follow-through, girl — RUN. He's just trying to lock you back into the situationship.</w:t>
      </w:r>
    </w:p>
    <w:p>
      <w:pPr>
        <w:pStyle w:val="Heading2"/>
      </w:pPr>
      <w:r>
        <w:t>Why Choosing Yourself Is the Ultimate Power Move</w:t>
      </w:r>
    </w:p>
    <w:p>
      <w:r>
        <w:t>When you walk away from someone who's not choosing you, you're doing something radical in today's dating culture:</w:t>
      </w:r>
    </w:p>
    <w:p>
      <w:r>
        <w:rPr>
          <w:b/>
        </w:rPr>
        <w:t>You're choosing YOURSELF.</w:t>
      </w:r>
    </w:p>
    <w:p>
      <w:r>
        <w:t>You're saying, I'm too valuable to sit around and wait for someone to decide if I'm worth committing to.</w:t>
      </w:r>
    </w:p>
    <w:p>
      <w:r>
        <w:t>You're saying, I'd rather be alone than settle for a situationship.</w:t>
      </w:r>
    </w:p>
    <w:p>
      <w:r>
        <w:t>You're saying, I trust that the right person will show up when I make space for them.</w:t>
      </w:r>
    </w:p>
    <w:p>
      <w:r>
        <w:t>And that, sis? That's the most attractive thing you can do.</w:t>
      </w:r>
    </w:p>
    <w:p>
      <w:r>
        <w:t>Because a woman who knows her worth and refuses to settle? That's the woman high-value men chase. That's the woman who gets chosen. That's the PRIZE.</w:t>
      </w:r>
    </w:p>
    <w:p>
      <w:pPr>
        <w:pStyle w:val="Heading2"/>
      </w:pPr>
      <w:r>
        <w:t>The 90-Day Plan: Final Recap</w:t>
      </w:r>
    </w:p>
    <w:p>
      <w:r>
        <w:t>Let's recap everything we've covered in this ebook:</w:t>
      </w:r>
    </w:p>
    <w:p>
      <w:r>
        <w:rPr>
          <w:b/>
        </w:rPr>
        <w:t>Days 1-30: Watch for consistency. Is he showing up? Is he putting in effort? Is he treating you like a priority or an option? Is he planning real dates or just inviting you over? Pay attention to his ACTIONS, not his words.</w:t>
      </w:r>
    </w:p>
    <w:p>
      <w:r>
        <w:rPr>
          <w:b/>
        </w:rPr>
        <w:t>Days 31-60: Pay attention to integration. Is he bringing you into his life? Are you meeting his people? Is he talking about the future with you in it? Is he still on the dating apps or has he focused on you? Is his effort still consistent or has it dropped off?</w:t>
      </w:r>
    </w:p>
    <w:p>
      <w:r>
        <w:rPr>
          <w:b/>
        </w:rPr>
        <w:t>Days 61-90: Have the talk. By now, it's time to define the relationship. Use the script from Chapter 3 and see where he stands. Don't wait past day 90. If he's still figuring it out, he's not confused — he's just not choosing you.</w:t>
      </w:r>
    </w:p>
    <w:p>
      <w:r>
        <w:rPr>
          <w:b/>
        </w:rPr>
        <w:t>If he commits: Congratulations, sis! You've successfully navigated the situationship-to-relationship transition. You set standards, you enforced boundaries, and you didn't settle. Enjoy your new relationship!</w:t>
      </w:r>
    </w:p>
    <w:p>
      <w:r>
        <w:rPr>
          <w:b/>
        </w:rPr>
        <w:t>If he doesn't commit: Walk away. You gave him 90 days to figure it out. That's more than enough time. Don't give him more chances. Don't wait another month. Choose yourself and move on.</w:t>
      </w:r>
    </w:p>
    <w:p>
      <w:pPr>
        <w:pStyle w:val="Heading2"/>
      </w:pPr>
      <w:r>
        <w:t>Your Next Steps</w:t>
      </w:r>
    </w:p>
    <w:p>
      <w:r>
        <w:t>So what do you do now? Where do you go from here?</w:t>
      </w:r>
    </w:p>
    <w:p>
      <w:r>
        <w:rPr>
          <w:b/>
        </w:rPr>
        <w:t>1. If you're currently in a situationship: Go back to Chapter 1 and work through the action steps. Calculate your timeline. Start building your roster. Set your boundaries around intimacy. And commit to the 90-day deadline. No excuses. No extensions.</w:t>
      </w:r>
    </w:p>
    <w:p>
      <w:r>
        <w:rPr>
          <w:b/>
        </w:rPr>
        <w:t>2. If you just walked away from a situationship: First, give yourself credit. That took COURAGE. Now, grieve it. Feel your feelings. Cry if you need to. But don't go back. Remind yourself every day that you made the right choice. Then, when you're ready, get back out there. Your person is still out there.</w:t>
      </w:r>
    </w:p>
    <w:p>
      <w:r>
        <w:rPr>
          <w:b/>
        </w:rPr>
        <w:t>3. If you're single and want to avoid situationships in the future: Use the strategies in this book from DAY 1 of meeting someone new. Build your roster from the beginning. Set boundaries around intimacy. Don't give girlfriend benefits to non-boyfriends. Have the talk at the 60-90 day mark. And most importantly — don't settle.</w:t>
      </w:r>
    </w:p>
    <w:p>
      <w:pPr>
        <w:pStyle w:val="Heading2"/>
      </w:pPr>
      <w:r>
        <w:t>Final Thoughts: You Deserve to Be Chosen</w:t>
      </w:r>
    </w:p>
    <w:p>
      <w:r>
        <w:t>I'm going to leave you with this, sis:</w:t>
      </w:r>
    </w:p>
    <w:p>
      <w:r>
        <w:t>You deserve a man who is EXCITED to call you his girlfriend.</w:t>
      </w:r>
    </w:p>
    <w:p>
      <w:r>
        <w:t>You deserve someone who doesn't need 6 months to figure out if they want you.</w:t>
      </w:r>
    </w:p>
    <w:p>
      <w:r>
        <w:t>You deserve someone who introduces you to his friends, posts you proudly, makes plans with you, and shows up consistently.</w:t>
      </w:r>
    </w:p>
    <w:p>
      <w:r>
        <w:t>You deserve a RELATIONSHIP, not a situationship.</w:t>
      </w:r>
    </w:p>
    <w:p>
      <w:r>
        <w:t>And the only way to get that is to stop accepting anything less.</w:t>
      </w:r>
    </w:p>
    <w:p>
      <w:r>
        <w:t>So set your standards. Enforce your boundaries. Build your roster. Have the talk. And if he's not ready to commit?</w:t>
      </w:r>
    </w:p>
    <w:p>
      <w:r>
        <w:rPr>
          <w:b/>
        </w:rPr>
        <w:t>WALK. AWAY.</w:t>
      </w:r>
    </w:p>
    <w:p>
      <w:r>
        <w:t>Because you perfect what you practice. And it's time to start practicing being the prize.</w:t>
      </w:r>
    </w:p>
    <w:p>
      <w:r>
        <w:t>Stop settling for men who are keeping you on the roster. Stop giving girlfriend energy to men who won't claim you. Stop waiting around for someone to decide if you're good enough.</w:t>
      </w:r>
    </w:p>
    <w:p>
      <w:r>
        <w:t>YOU are the prize. YOU are the catch. And the right man will recognize that and lock you down before someone else does.</w:t>
      </w:r>
    </w:p>
    <w:p>
      <w:r>
        <w:rPr>
          <w:b/>
        </w:rPr>
        <w:t>Winners win. Losers lose. Build your roster, and get chosen. Be the winner. Be the prize.</w:t>
      </w:r>
    </w:p>
    <w:p>
      <w:r>
        <w:t>Now go out there and claim what's yours, babe. You got this.</w:t>
      </w:r>
    </w:p>
    <w:p/>
    <w:p>
      <w:r>
        <w:rPr>
          <w:i/>
        </w:rPr>
        <w:t>— Morránna &amp; The Gorgeous Diaries Team</w:t>
      </w:r>
    </w:p>
    <w:p/>
    <w:p/>
    <w:p>
      <w:r>
        <w:rPr>
          <w:b/>
        </w:rPr>
        <w:t>P.S.</w:t>
      </w:r>
    </w:p>
    <w:p>
      <w:r>
        <w:t>If this ebook helped you, share it with your girls. We ALL deserve better than situationships. Let's lift each other up and stop settling for men who won't choose us.</w:t>
      </w:r>
    </w:p>
    <w:p>
      <w:r>
        <w:t>And remember: the 90-day rule isn't just about dating. It's about LIFE. Stop giving people unlimited access to you when they won't commit. Stop waiting around for people to figure out if you're worth their time.</w:t>
      </w:r>
    </w:p>
    <w:p>
      <w:r>
        <w:t>Your time is VALUABLE. Your energy is SACRED. Protect it like the treasure it is.</w:t>
      </w:r>
    </w:p>
    <w:p>
      <w:r>
        <w:rPr>
          <w:b/>
        </w:rPr>
        <w:t>You perfect what you practice, baby. So practice being the prize. Every. Single. Day.</w:t>
      </w:r>
    </w:p>
    <w:p/>
    <w:p>
      <w:r>
        <w:rPr>
          <w:i/>
        </w:rPr>
        <w:t>Now go be great.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