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
      <w:pPr>
        <w:jc w:val="center"/>
      </w:pPr>
      <w:r>
        <w:rPr>
          <w:b/>
          <w:sz w:val="40"/>
        </w:rPr>
        <w:t>THE AVAILABILITY</w:t>
      </w:r>
    </w:p>
    <w:p>
      <w:pPr>
        <w:jc w:val="center"/>
      </w:pPr>
      <w:r>
        <w:rPr>
          <w:b/>
          <w:sz w:val="40"/>
        </w:rPr>
        <w:t>ADVANTAGE:</w:t>
      </w:r>
    </w:p>
    <w:p>
      <w:pPr>
        <w:jc w:val="center"/>
      </w:pPr>
      <w:r>
        <w:rPr>
          <w:b/>
          <w:sz w:val="36"/>
        </w:rPr>
        <w:t>The First Rule of Strategic Dating</w:t>
      </w:r>
    </w:p>
    <w:p/>
    <w:p/>
    <w:p/>
    <w:p/>
    <w:p/>
    <w:p/>
    <w:p/>
    <w:p/>
    <w:p>
      <w:pPr>
        <w:jc w:val="center"/>
      </w:pPr>
      <w:r>
        <w:rPr>
          <w:i/>
          <w:sz w:val="28"/>
        </w:rPr>
        <w:t>By The Gorgeous Diaries</w:t>
      </w:r>
    </w:p>
    <w:p>
      <w:r>
        <w:br w:type="page"/>
      </w:r>
    </w:p>
    <w:p>
      <w:pPr>
        <w:pStyle w:val="Heading1"/>
      </w:pPr>
      <w:r>
        <w:t>Introduction: The One Thing Nobody Tells You About Dating</w:t>
      </w:r>
    </w:p>
    <w:p>
      <w:r>
        <w:t>Hey y'all! Let me start this ebook with a question that's probably going to make you uncomfortable:</w:t>
      </w:r>
    </w:p>
    <w:p>
      <w:r>
        <w:rPr>
          <w:b/>
        </w:rPr>
        <w:t>What's the most attractive thing about a woman?</w:t>
      </w:r>
    </w:p>
    <w:p>
      <w:r>
        <w:t>Is it her looks? Her personality? Her success? Her independence?</w:t>
      </w:r>
    </w:p>
    <w:p>
      <w:r>
        <w:t>Nope. None of that.</w:t>
      </w:r>
    </w:p>
    <w:p>
      <w:r>
        <w:t>The most attractive thing about a woman—the thing that actually gets her CHOSEN by the man she wants—is something way simpler:</w:t>
      </w:r>
    </w:p>
    <w:p>
      <w:r>
        <w:rPr>
          <w:b/>
        </w:rPr>
        <w:t>Her availability.</w:t>
      </w:r>
    </w:p>
    <w:p>
      <w:r>
        <w:t>Now before you throw this ebook across the room and call me a pick-me, hear me out. Because I'm not talking about being desperate, thirsty, or easy. I'm talking about strategic availability—the kind that makes you the obvious choice instead of the hard-to-get headache.</w:t>
      </w:r>
    </w:p>
    <w:p>
      <w:pPr>
        <w:pStyle w:val="Heading2"/>
      </w:pPr>
      <w:r>
        <w:t>The Uncomfortable Truth</w:t>
      </w:r>
    </w:p>
    <w:p>
      <w:r>
        <w:t>Think about two women in a group who are both interested in the same guy:</w:t>
      </w:r>
    </w:p>
    <w:p>
      <w:r>
        <w:rPr>
          <w:b/>
        </w:rPr>
        <w:t>Woman A: Absolutely gorgeous. Dozens of men fawning over her. But she's unavailable—tied up in a complicated situation, always busy, hard to pin down.</w:t>
      </w:r>
    </w:p>
    <w:p>
      <w:r>
        <w:rPr>
          <w:b/>
        </w:rPr>
        <w:t>Woman B: Mid-grade cute. Nice personality. But here's what she has that Woman A doesn't: She's available. She's DTF (Down To Focus on building something). She's got low friction and the promise of instant gratification.</w:t>
      </w:r>
    </w:p>
    <w:p>
      <w:r>
        <w:t>Now, does that make Woman B more DESIRABLE than Woman A? No. But it creates a force of attraction and compulsion that will likely bring that guy to HER yard instead.</w:t>
      </w:r>
    </w:p>
    <w:p>
      <w:r>
        <w:t>Why? Because men—like all humans—are wired to pursue the path of least resistance when the reward is similar enough.</w:t>
      </w:r>
    </w:p>
    <w:p>
      <w:pPr>
        <w:pStyle w:val="Heading2"/>
      </w:pPr>
      <w:r>
        <w:t>The Repulsion Tool Nobody Talks About</w:t>
      </w:r>
    </w:p>
    <w:p>
      <w:r>
        <w:t>Here's something interesting: when a woman wants to turn a man down, what does she usually say?</w:t>
      </w:r>
    </w:p>
    <w:p>
      <w:pPr>
        <w:pStyle w:val="ListBullet"/>
      </w:pPr>
      <w:r>
        <w:t>I have a man.</w:t>
      </w:r>
    </w:p>
    <w:p>
      <w:pPr>
        <w:pStyle w:val="ListBullet"/>
      </w:pPr>
      <w:r>
        <w:t>I have a husband.</w:t>
      </w:r>
    </w:p>
    <w:p>
      <w:pPr>
        <w:pStyle w:val="ListBullet"/>
      </w:pPr>
      <w:r>
        <w:t>I'm not interested. (emotional unavailability)</w:t>
      </w:r>
    </w:p>
    <w:p>
      <w:pPr>
        <w:pStyle w:val="ListBullet"/>
      </w:pPr>
      <w:r>
        <w:t>I don't have time for relationships right now. (psychological unavailability)</w:t>
      </w:r>
    </w:p>
    <w:p>
      <w:r>
        <w:t>Notice the pattern? Unavailability—whether real or manufactured—is the most reliable tool for pushing people away.</w:t>
      </w:r>
    </w:p>
    <w:p>
      <w:r>
        <w:t>So if unavailability REPELS attraction... doesn't it make sense that AVAILABILITY creates it?</w:t>
      </w:r>
    </w:p>
    <w:p>
      <w:pPr>
        <w:pStyle w:val="Heading2"/>
      </w:pPr>
      <w:r>
        <w:t>What This Ebook Will Teach You</w:t>
      </w:r>
    </w:p>
    <w:p>
      <w:r>
        <w:t>In the next few chapters, you're going to learn:</w:t>
      </w:r>
    </w:p>
    <w:p>
      <w:pPr>
        <w:pStyle w:val="ListBullet"/>
      </w:pPr>
      <w:r>
        <w:t>How to signal availability without seeming desperate</w:t>
      </w:r>
    </w:p>
    <w:p>
      <w:pPr>
        <w:pStyle w:val="ListBullet"/>
      </w:pPr>
      <w:r>
        <w:t>The digital dating flaws that scream I'm unavailable (and kill your chances)</w:t>
      </w:r>
    </w:p>
    <w:p>
      <w:pPr>
        <w:pStyle w:val="ListBullet"/>
      </w:pPr>
      <w:r>
        <w:t>Social dating behaviors that push quality men away</w:t>
      </w:r>
    </w:p>
    <w:p>
      <w:pPr>
        <w:pStyle w:val="ListBullet"/>
      </w:pPr>
      <w:r>
        <w:t>The language of availability—what to say and when</w:t>
      </w:r>
    </w:p>
    <w:p>
      <w:pPr>
        <w:pStyle w:val="ListBullet"/>
      </w:pPr>
      <w:r>
        <w:t>How to be the low-friction, high-reward option men choose</w:t>
      </w:r>
    </w:p>
    <w:p>
      <w:pPr>
        <w:pStyle w:val="ListBullet"/>
      </w:pPr>
      <w:r>
        <w:t>Strategic availability vs. desperation (there IS a difference)</w:t>
      </w:r>
    </w:p>
    <w:p>
      <w:r>
        <w:t>This isn't about lowering your standards or making yourself too easy. It's about removing the unnecessary barriers that keep quality men from choosing you—even when you WANT to be chosen.</w:t>
      </w:r>
    </w:p>
    <w:p>
      <w:r>
        <w:rPr>
          <w:b/>
        </w:rPr>
        <w:t>Let's get into it, babe.</w:t>
      </w:r>
    </w:p>
    <w:p>
      <w:r>
        <w:rPr>
          <w:i/>
        </w:rPr>
        <w:t>— Morránna &amp; The Gorgeous Diaries Team</w:t>
      </w:r>
    </w:p>
    <w:p>
      <w:pPr>
        <w:pStyle w:val="Heading1"/>
      </w:pPr>
      <w:r>
        <w:t>Chapter 1: Why Availability Beats Beauty (And What That Means For You)</w:t>
      </w:r>
    </w:p>
    <w:p>
      <w:r>
        <w:t>Okay, let's dive deeper into this availability thing. Because I know some of y'all are still side-eyeing me like Girl, are you telling me to be easy?</w:t>
      </w:r>
    </w:p>
    <w:p>
      <w:r>
        <w:t>No, sis. I'm not.</w:t>
      </w:r>
    </w:p>
    <w:p>
      <w:r>
        <w:t>What I AM telling you is that in the dating marketplace, accessibility matters just as much as attractiveness. Maybe even more.</w:t>
      </w:r>
    </w:p>
    <w:p>
      <w:pPr>
        <w:pStyle w:val="Heading2"/>
      </w:pPr>
      <w:r>
        <w:t>The Psychology of Instant Gratification</w:t>
      </w:r>
    </w:p>
    <w:p>
      <w:r>
        <w:t>Here's what nobody wants to admit: humans are lazy. We want what we want, and we want it NOW.</w:t>
      </w:r>
    </w:p>
    <w:p>
      <w:r>
        <w:t>When a man is choosing between two women he finds attractive, he's going to factor in:</w:t>
      </w:r>
    </w:p>
    <w:p>
      <w:r>
        <w:rPr>
          <w:b/>
        </w:rPr>
        <w:t>Effort required: How hard is it to get her attention? To get a date? To build something?</w:t>
      </w:r>
    </w:p>
    <w:p>
      <w:r>
        <w:rPr>
          <w:b/>
        </w:rPr>
        <w:t>Timeline: How long until this turns into something real? Or is she going to keep me guessing for months?</w:t>
      </w:r>
    </w:p>
    <w:p>
      <w:r>
        <w:rPr>
          <w:b/>
        </w:rPr>
        <w:t>Competition: How many other guys am I fighting off? Is it even worth trying?</w:t>
      </w:r>
    </w:p>
    <w:p>
      <w:r>
        <w:t>If you're the gorgeous woman with dozens of options, heavy competition, and unclear availability, you might WIN his admiration. But you might LOSE his pursuit.</w:t>
      </w:r>
    </w:p>
    <w:p>
      <w:r>
        <w:t>Because while he's trying to crack your code, the available woman is already having dinner with him.</w:t>
      </w:r>
    </w:p>
    <w:p>
      <w:pPr>
        <w:pStyle w:val="Heading2"/>
      </w:pPr>
      <w:r>
        <w:t>The Marketplace Analogy</w:t>
      </w:r>
    </w:p>
    <w:p>
      <w:r>
        <w:t>Think of dating like shopping. You walk into a store looking for a specific item. You see two options:</w:t>
      </w:r>
    </w:p>
    <w:p>
      <w:r>
        <w:rPr>
          <w:b/>
        </w:rPr>
        <w:t>Option A: The most beautiful version. But it's locked behind glass, there's a long line to even TRY it on, and the price isn't listed. Oh, and the salesperson is busy with five other customers.</w:t>
      </w:r>
    </w:p>
    <w:p>
      <w:r>
        <w:rPr>
          <w:b/>
        </w:rPr>
        <w:t>Option B: Almost as nice. It's on the rack, available in your size, clear price tag, and you can take it home today.</w:t>
      </w:r>
    </w:p>
    <w:p>
      <w:r>
        <w:t>Which one are you buying?</w:t>
      </w:r>
    </w:p>
    <w:p>
      <w:r>
        <w:t>Most people—unless they're DEEPLY committed to Option A—are going with Option B. Not because it's better. But because it's AVAILABLE.</w:t>
      </w:r>
    </w:p>
    <w:p>
      <w:pPr>
        <w:pStyle w:val="Heading2"/>
      </w:pPr>
      <w:r>
        <w:t>Does This Mean You Should Lower Your Standards?</w:t>
      </w:r>
    </w:p>
    <w:p>
      <w:r>
        <w:t>HELL NO.</w:t>
      </w:r>
    </w:p>
    <w:p>
      <w:r>
        <w:t>Availability is not about desperation. It's about:</w:t>
      </w:r>
    </w:p>
    <w:p>
      <w:r>
        <w:rPr>
          <w:b/>
        </w:rPr>
        <w:t>Being responsive (not playing texting games)</w:t>
      </w:r>
    </w:p>
    <w:p>
      <w:r>
        <w:rPr>
          <w:b/>
        </w:rPr>
        <w:t>Being clear about your interest (not making him guess)</w:t>
      </w:r>
    </w:p>
    <w:p>
      <w:r>
        <w:rPr>
          <w:b/>
        </w:rPr>
        <w:t>Being accessible (not hiding behind walls of unavailability)</w:t>
      </w:r>
    </w:p>
    <w:p>
      <w:r>
        <w:rPr>
          <w:b/>
        </w:rPr>
        <w:t>Being present (not distracted, distant, or emotionally checked out)</w:t>
      </w:r>
    </w:p>
    <w:p>
      <w:r>
        <w:t>You can have HIGH standards AND high availability. In fact, that's the winning combination.</w:t>
      </w:r>
    </w:p>
    <w:p>
      <w:r>
        <w:t>High standards mean you're selective about WHO gets your time. High availability means that when you DO choose someone, you show up FULLY.</w:t>
      </w:r>
    </w:p>
    <w:p>
      <w:pPr>
        <w:pStyle w:val="Heading2"/>
      </w:pPr>
      <w:r>
        <w:t>The Paradox Women Miss</w:t>
      </w:r>
    </w:p>
    <w:p>
      <w:r>
        <w:t>Here's where women get it twisted: They think being HARD TO GET makes them more valuable.</w:t>
      </w:r>
    </w:p>
    <w:p>
      <w:r>
        <w:t>And sure, a little mystery can create intrigue. But there's a difference between:</w:t>
      </w:r>
    </w:p>
    <w:p>
      <w:r>
        <w:rPr>
          <w:b/>
        </w:rPr>
        <w:t>Mystery: I'm interesting and you want to learn more about me</w:t>
      </w:r>
    </w:p>
    <w:p>
      <w:r>
        <w:rPr>
          <w:b/>
        </w:rPr>
        <w:t>Unavailability: I'm impossible to pin down and you're exhausted trying</w:t>
      </w:r>
    </w:p>
    <w:p>
      <w:r>
        <w:t>Mystery creates pursuit. Unavailability creates frustration.</w:t>
      </w:r>
    </w:p>
    <w:p>
      <w:r>
        <w:t>And frustrated men? They move on to someone who's AVAILABLE.</w:t>
      </w:r>
    </w:p>
    <w:p>
      <w:pPr>
        <w:pStyle w:val="Heading2"/>
      </w:pPr>
      <w:r>
        <w:t>Action Steps: Assess Your Availability Factor</w:t>
      </w:r>
    </w:p>
    <w:p>
      <w:r>
        <w:t>Before we move forward, let's do a quick self-audit. Answer these honestly:</w:t>
      </w:r>
    </w:p>
    <w:p>
      <w:pPr>
        <w:pStyle w:val="ListBullet"/>
      </w:pPr>
      <w:r>
        <w:t>Do I respond to texts within 24 hours, or do I play the 3-day game?</w:t>
      </w:r>
    </w:p>
    <w:p>
      <w:pPr>
        <w:pStyle w:val="ListBullet"/>
      </w:pPr>
      <w:r>
        <w:t>When a man asks me out, do I make it easy to schedule, or do I make him work for it?</w:t>
      </w:r>
    </w:p>
    <w:p>
      <w:pPr>
        <w:pStyle w:val="ListBullet"/>
      </w:pPr>
      <w:r>
        <w:t>Am I clear about my interest, or do I keep him guessing?</w:t>
      </w:r>
    </w:p>
    <w:p>
      <w:pPr>
        <w:pStyle w:val="ListBullet"/>
      </w:pPr>
      <w:r>
        <w:t>Do I show up FULLY on dates, or am I distracted and half-present?</w:t>
      </w:r>
    </w:p>
    <w:p>
      <w:pPr>
        <w:pStyle w:val="ListBullet"/>
      </w:pPr>
      <w:r>
        <w:t>Am I actually AVAILABLE to date, or am I just window shopping?</w:t>
      </w:r>
    </w:p>
    <w:p>
      <w:r>
        <w:t>If you answered no to 3 or more of these, your unavailability is probably costing you relationships. Let's fix that.</w:t>
      </w:r>
    </w:p>
    <w:p>
      <w:r>
        <w:rPr>
          <w:b/>
        </w:rPr>
        <w:t>Next up: The digital dating mistakes that signal unavailability.</w:t>
      </w:r>
    </w:p>
    <w:p>
      <w:pPr>
        <w:pStyle w:val="Heading1"/>
      </w:pPr>
      <w:r>
        <w:t>Chapter 2: Digital Dating Red Flags (What Your Profile Really Says)</w:t>
      </w:r>
    </w:p>
    <w:p>
      <w:r>
        <w:t>Alright y'all, let's talk about your dating profile. Because I need you to understand something:</w:t>
      </w:r>
    </w:p>
    <w:p>
      <w:r>
        <w:rPr>
          <w:b/>
        </w:rPr>
        <w:t>Your dating profile isn't just a list of facts about you. It's a signal of your availability—or lack thereof.</w:t>
      </w:r>
    </w:p>
    <w:p>
      <w:r>
        <w:t>And some of y'all are sending signals that scream I'M NOT ACTUALLY AVAILABLE without even realizing it.</w:t>
      </w:r>
    </w:p>
    <w:p>
      <w:r>
        <w:t>Let's break down the biggest offenders.</w:t>
      </w:r>
    </w:p>
    <w:p>
      <w:pPr>
        <w:pStyle w:val="Heading2"/>
      </w:pPr>
      <w:r>
        <w:t>Red Flag 1: I Am a Mother First / My Kids Come First</w:t>
      </w:r>
    </w:p>
    <w:p>
      <w:r>
        <w:t>Listen, I get it. Your kids ARE your priority. But putting I'm a mother first on your dating profile is like putting up a billboard that says:</w:t>
      </w:r>
    </w:p>
    <w:p>
      <w:r>
        <w:rPr>
          <w:b/>
        </w:rPr>
        <w:t>My availability is limited. You get the scraps. My kids will always come before you. Good luck competing.</w:t>
      </w:r>
    </w:p>
    <w:p>
      <w:r>
        <w:t>Now, is that TRUE? Maybe. But here's the problem:</w:t>
      </w:r>
    </w:p>
    <w:p>
      <w:r>
        <w:t>Before a man even gets to know WHO YOU ARE as a person, you've already told him that he'll never be a priority. That whatever relationship y'all build will always be secondary.</w:t>
      </w:r>
    </w:p>
    <w:p>
      <w:r>
        <w:t>And most quality men aren't interested in breadcrumbs, sis.</w:t>
      </w:r>
    </w:p>
    <w:p>
      <w:r>
        <w:rPr>
          <w:b/>
        </w:rPr>
        <w:t>What to do instead: Create a connection FIRST. Then, when the topic of kids comes up naturally (which it will), you can explain your priorities without leading with unavailability.</w:t>
      </w:r>
    </w:p>
    <w:p>
      <w:pPr>
        <w:pStyle w:val="Heading2"/>
      </w:pPr>
      <w:r>
        <w:t>Red Flag 2: Pictures With Your Children</w:t>
      </w:r>
    </w:p>
    <w:p>
      <w:r>
        <w:t>I know your kids are your life. I know motherhood is part of your identity. But here's the uncomfortable truth:</w:t>
      </w:r>
    </w:p>
    <w:p>
      <w:r>
        <w:rPr>
          <w:b/>
        </w:rPr>
        <w:t>Quality men aren't prowling dating apps looking for pre-established families.</w:t>
      </w:r>
    </w:p>
    <w:p>
      <w:r>
        <w:t>If a man is pursuing you BECAUSE he saw your kid in your profile, that should actually raise concerns. Why is he interested in a package deal from jump?</w:t>
      </w:r>
    </w:p>
    <w:p>
      <w:r>
        <w:t>Now, I'm not saying hide your kids forever. But your dating profile should showcase YOU—not your children. Save the family introductions for when you've actually built something.</w:t>
      </w:r>
    </w:p>
    <w:p>
      <w:r>
        <w:rPr>
          <w:b/>
        </w:rPr>
        <w:t>What to do instead: Use photos that show your personality, your interests, your beauty. Keep the kids off your public dating profile for safety AND strategy.</w:t>
      </w:r>
    </w:p>
    <w:p>
      <w:pPr>
        <w:pStyle w:val="Heading2"/>
      </w:pPr>
      <w:r>
        <w:t>Red Flag 3: Being Busy 24/7</w:t>
      </w:r>
    </w:p>
    <w:p>
      <w:r>
        <w:t>If your profile says:</w:t>
      </w:r>
    </w:p>
    <w:p>
      <w:pPr>
        <w:pStyle w:val="ListBullet"/>
      </w:pPr>
      <w:r>
        <w:t>I work full-time and go to school, so I'm super busy!</w:t>
      </w:r>
    </w:p>
    <w:p>
      <w:pPr>
        <w:pStyle w:val="ListBullet"/>
      </w:pPr>
      <w:r>
        <w:t>I barely have time for myself, let alone dating lol</w:t>
      </w:r>
    </w:p>
    <w:p>
      <w:pPr>
        <w:pStyle w:val="ListBullet"/>
      </w:pPr>
      <w:r>
        <w:t>Don't message me if you expect quick responses—I'm BUSY!</w:t>
      </w:r>
    </w:p>
    <w:p>
      <w:r>
        <w:t>Girl. What are you even DOING on a dating app?</w:t>
      </w:r>
    </w:p>
    <w:p>
      <w:r>
        <w:rPr>
          <w:b/>
        </w:rPr>
        <w:t>You're literally telling men: I don't have time for you. But please, waste YOUR time trying to get mine.</w:t>
      </w:r>
    </w:p>
    <w:p>
      <w:r>
        <w:t>That's not attractive. That's confusing. And it signals that you're not actually READY to date.</w:t>
      </w:r>
    </w:p>
    <w:p>
      <w:r>
        <w:rPr>
          <w:b/>
        </w:rPr>
        <w:t>What to do instead: If you're truly too busy to date, DELETE the apps until you have capacity. If you DO have time but want to manage expectations, say: I'm focused on my career/school, but I make time for what matters. Looking for someone who values quality over quantity.</w:t>
      </w:r>
    </w:p>
    <w:p>
      <w:pPr>
        <w:pStyle w:val="Heading2"/>
      </w:pPr>
      <w:r>
        <w:t>Red Flag 4: Ex-Boyfriends in Your Photos</w:t>
      </w:r>
    </w:p>
    <w:p>
      <w:r>
        <w:t>If you've got pics with your ex still on your profile (even if you cropped him out or tried to hide him), you're sending a message:</w:t>
      </w:r>
    </w:p>
    <w:p>
      <w:r>
        <w:rPr>
          <w:b/>
        </w:rPr>
        <w:t>I'm not over him. He's still on a pedestal. You're competing with a ghost.</w:t>
      </w:r>
    </w:p>
    <w:p>
      <w:r>
        <w:t>Men can TELL when you've got unfinished business. And they're not trying to be your rebound or your second choice.</w:t>
      </w:r>
    </w:p>
    <w:p>
      <w:r>
        <w:rPr>
          <w:b/>
        </w:rPr>
        <w:t>What to do instead: Use recent photos where you're SOLO or with friends. Save the memories with exes for your private albums. Your dating profile should reflect your PRESENT and FUTURE, not your past.</w:t>
      </w:r>
    </w:p>
    <w:p>
      <w:pPr>
        <w:pStyle w:val="Heading2"/>
      </w:pPr>
      <w:r>
        <w:t>Red Flag 5: Talking About Past Hurts and Betrayals</w:t>
      </w:r>
    </w:p>
    <w:p>
      <w:r>
        <w:t>If your profile includes things like:</w:t>
      </w:r>
    </w:p>
    <w:p>
      <w:pPr>
        <w:pStyle w:val="ListBullet"/>
      </w:pPr>
      <w:r>
        <w:t>If you're the type to cheat, swipe left</w:t>
      </w:r>
    </w:p>
    <w:p>
      <w:pPr>
        <w:pStyle w:val="ListBullet"/>
      </w:pPr>
      <w:r>
        <w:t>I've been hurt before, so don't waste my time</w:t>
      </w:r>
    </w:p>
    <w:p>
      <w:pPr>
        <w:pStyle w:val="ListBullet"/>
      </w:pPr>
      <w:r>
        <w:t>No liars, no players, no games</w:t>
      </w:r>
    </w:p>
    <w:p>
      <w:r>
        <w:rPr>
          <w:b/>
        </w:rPr>
        <w:t>You're signaling that you're wounded, guarded, and expecting the worst.</w:t>
      </w:r>
    </w:p>
    <w:p>
      <w:r>
        <w:t>Now, are those boundaries valid? Sure. But leading with them makes you seem BITTER, not selective.</w:t>
      </w:r>
    </w:p>
    <w:p>
      <w:r>
        <w:t>Quality men don't want to spend their first interaction with you proving they're not like the last guy.</w:t>
      </w:r>
    </w:p>
    <w:p>
      <w:r>
        <w:rPr>
          <w:b/>
        </w:rPr>
        <w:t>What to do instead: Focus on what you DO want, not what you don't. Instead of No players, say: I value honesty and consistency. Instead of I've been hurt, say: I'm looking for something real with someone who's emotionally available.</w:t>
      </w:r>
    </w:p>
    <w:p>
      <w:pPr>
        <w:pStyle w:val="Heading2"/>
      </w:pPr>
      <w:r>
        <w:t>Red Flag 6: Unreasonable Pre-Expectations</w:t>
      </w:r>
    </w:p>
    <w:p>
      <w:r>
        <w:t>Some profiles list expectations like:</w:t>
      </w:r>
    </w:p>
    <w:p>
      <w:pPr>
        <w:pStyle w:val="ListBullet"/>
      </w:pPr>
      <w:r>
        <w:t>Must have a car, a job, and his own place</w:t>
      </w:r>
    </w:p>
    <w:p>
      <w:pPr>
        <w:pStyle w:val="ListBullet"/>
      </w:pPr>
      <w:r>
        <w:t>Must be 6 feet tall, financially stable, and ready to provide</w:t>
      </w:r>
    </w:p>
    <w:p>
      <w:pPr>
        <w:pStyle w:val="ListBullet"/>
      </w:pPr>
      <w:r>
        <w:t>Looking for someone to take care of me and my kids</w:t>
      </w:r>
    </w:p>
    <w:p>
      <w:r>
        <w:t>Girl. You're designing a fantasy man who doesn't exist. And even if he DID exist, why would he choose YOU when you're leading with demands?</w:t>
      </w:r>
    </w:p>
    <w:p>
      <w:r>
        <w:rPr>
          <w:b/>
        </w:rPr>
        <w:t>What to do instead: Have standards, but don't list them like a job posting. Focus on CONNECTION, not credentials. The right man will reveal himself through conversation and consistency—not through a checklist.</w:t>
      </w:r>
    </w:p>
    <w:p>
      <w:pPr>
        <w:pStyle w:val="Heading2"/>
      </w:pPr>
      <w:r>
        <w:t>Action Steps: Audit Your Dating Profile</w:t>
      </w:r>
    </w:p>
    <w:p>
      <w:r>
        <w:t>Go through your dating profiles RIGHT NOW and ask:</w:t>
      </w:r>
    </w:p>
    <w:p>
      <w:pPr>
        <w:pStyle w:val="ListBullet"/>
      </w:pPr>
      <w:r>
        <w:t>Am I signaling unavailability with my words or photos?</w:t>
      </w:r>
    </w:p>
    <w:p>
      <w:pPr>
        <w:pStyle w:val="ListBullet"/>
      </w:pPr>
      <w:r>
        <w:t>Am I leading with barriers instead of connection?</w:t>
      </w:r>
    </w:p>
    <w:p>
      <w:pPr>
        <w:pStyle w:val="ListBullet"/>
      </w:pPr>
      <w:r>
        <w:t>Would I want to date someone with a profile like mine?</w:t>
      </w:r>
    </w:p>
    <w:p>
      <w:r>
        <w:t>If the answer to that last question is NO, it's time to rewrite your profile with availability in mind.</w:t>
      </w:r>
    </w:p>
    <w:p>
      <w:r>
        <w:rPr>
          <w:b/>
        </w:rPr>
        <w:t>Next up: Social dating flaws that push men away in person.</w:t>
      </w:r>
    </w:p>
    <w:p>
      <w:pPr>
        <w:pStyle w:val="Heading1"/>
      </w:pPr>
      <w:r>
        <w:t>Chapter 3: Social Dating Flaws That Kill Your Chances</w:t>
      </w:r>
    </w:p>
    <w:p>
      <w:r>
        <w:t>Okay, so you've fixed your dating profile. You matched with someone. You're going on a date.</w:t>
      </w:r>
    </w:p>
    <w:p>
      <w:r>
        <w:t>Great! But now, you've got a whole NEW set of ways to signal unavailability—and most of y'all don't even realize you're doing it.</w:t>
      </w:r>
    </w:p>
    <w:p>
      <w:r>
        <w:t>Let's break down the social dating behaviors that push quality men away.</w:t>
      </w:r>
    </w:p>
    <w:p>
      <w:pPr>
        <w:pStyle w:val="Heading2"/>
      </w:pPr>
      <w:r>
        <w:t>Flaw 1: Bringing a Third Party</w:t>
      </w:r>
    </w:p>
    <w:p>
      <w:r>
        <w:t>Some women bring a friend on the first date for safety. And look, I get the safety concern. But here's what you're ACTUALLY communicating:</w:t>
      </w:r>
    </w:p>
    <w:p>
      <w:r>
        <w:rPr>
          <w:b/>
        </w:rPr>
        <w:t>I don't trust you. I'm not comfortable being alone with you. I'm hiding behind someone else because I'm insecure.</w:t>
      </w:r>
    </w:p>
    <w:p>
      <w:r>
        <w:t>That's not intimacy. That's a social wedge.</w:t>
      </w:r>
    </w:p>
    <w:p>
      <w:r>
        <w:t>If you're genuinely concerned about safety, meet in a public place. Tell a friend where you'll be. But don't bring a BUFFER to the date. It signals that you're emotionally unavailable.</w:t>
      </w:r>
    </w:p>
    <w:p>
      <w:r>
        <w:rPr>
          <w:b/>
        </w:rPr>
        <w:t>What to do instead: Meet in a crowded coffee shop or restaurant for the first date. Share your location with a friend. But show up SOLO and give the man a chance to actually connect with YOU.</w:t>
      </w:r>
    </w:p>
    <w:p>
      <w:pPr>
        <w:pStyle w:val="Heading2"/>
      </w:pPr>
      <w:r>
        <w:t>Flaw 2: Constantly on Your Phone (Social Media Addiction)</w:t>
      </w:r>
    </w:p>
    <w:p>
      <w:r>
        <w:t>If you're scrolling Instagram, answering texts, or checking TikTok during the date, you're telling him:</w:t>
      </w:r>
    </w:p>
    <w:p>
      <w:r>
        <w:rPr>
          <w:b/>
        </w:rPr>
        <w:t>You're not important. Whatever's on my phone is more interesting than you. I'm not fully present.</w:t>
      </w:r>
    </w:p>
    <w:p>
      <w:r>
        <w:t>And guess what? He's going to peace out. Because why would he invest in someone who can't even put their phone down for an hour?</w:t>
      </w:r>
    </w:p>
    <w:p>
      <w:r>
        <w:rPr>
          <w:b/>
        </w:rPr>
        <w:t>What to do instead: Put your phone on Do Not Disturb BEFORE the date. Keep it in your purse. Be PRESENT. If he's worth your time, give him your full attention.</w:t>
      </w:r>
    </w:p>
    <w:p>
      <w:pPr>
        <w:pStyle w:val="Heading2"/>
      </w:pPr>
      <w:r>
        <w:t>Flaw 3: Taking an Unimportant Phone Call</w:t>
      </w:r>
    </w:p>
    <w:p>
      <w:r>
        <w:t>Taking a call during a date—especially a non-emergency call—signals:</w:t>
      </w:r>
    </w:p>
    <w:p>
      <w:r>
        <w:rPr>
          <w:b/>
        </w:rPr>
        <w:t>My time is valuable. Yours is not.</w:t>
      </w:r>
    </w:p>
    <w:p>
      <w:r>
        <w:t>If your phone rings and it's your mom, your bestie, or a work call that can wait, LET IT GO TO VOICEMAIL. You can call them back later.</w:t>
      </w:r>
    </w:p>
    <w:p>
      <w:r>
        <w:t>The only acceptable mid-date phone call is an actual emergency. Everything else can wait.</w:t>
      </w:r>
    </w:p>
    <w:p>
      <w:r>
        <w:rPr>
          <w:b/>
        </w:rPr>
        <w:t>What to do instead: Before the date, tell important people you'll be unavailable for 1-2 hours. Then honor that boundary. Your date will respect you for valuing HIS time.</w:t>
      </w:r>
    </w:p>
    <w:p>
      <w:pPr>
        <w:pStyle w:val="Heading2"/>
      </w:pPr>
      <w:r>
        <w:t>Flaw 4: Signaling Distrust Throughout the Date</w:t>
      </w:r>
    </w:p>
    <w:p>
      <w:r>
        <w:t>Some women treat first dates like interrogations:</w:t>
      </w:r>
    </w:p>
    <w:p>
      <w:pPr>
        <w:pStyle w:val="ListBullet"/>
      </w:pPr>
      <w:r>
        <w:t>Why did your last relationship end? (suspicion)</w:t>
      </w:r>
    </w:p>
    <w:p>
      <w:pPr>
        <w:pStyle w:val="ListBullet"/>
      </w:pPr>
      <w:r>
        <w:t>Are you talking to other women? (jealousy)</w:t>
      </w:r>
    </w:p>
    <w:p>
      <w:pPr>
        <w:pStyle w:val="ListBullet"/>
      </w:pPr>
      <w:r>
        <w:t>You're not going to waste my time, are you? (defensiveness)</w:t>
      </w:r>
    </w:p>
    <w:p>
      <w:r>
        <w:t>Girl. If you walk into every date assuming he's a liar, a cheater, or a player, you're not building connection. You're building WALLS.</w:t>
      </w:r>
    </w:p>
    <w:p>
      <w:r>
        <w:rPr>
          <w:b/>
        </w:rPr>
        <w:t>Trust is the foundation of every relationship. And yes, it takes courage to extend trust. But if you can't show a BASELINE of trust on a first date, you're signaling that you're emotionally unavailable.</w:t>
      </w:r>
    </w:p>
    <w:p>
      <w:r>
        <w:rPr>
          <w:b/>
        </w:rPr>
        <w:t>What to do instead: Give him the benefit of the doubt. Ask curious, open-ended questions. Save the vetting for after you've actually built some rapport. If red flags come up, address them THEN. But don't lead with suspicion.</w:t>
      </w:r>
    </w:p>
    <w:p>
      <w:pPr>
        <w:pStyle w:val="Heading2"/>
      </w:pPr>
      <w:r>
        <w:t>Flaw 5: Being Emotionally Closed Off</w:t>
      </w:r>
    </w:p>
    <w:p>
      <w:r>
        <w:t>Some women show up to dates with their guard ALL THE WAY UP. They give one-word answers. They don't share about themselves. They keep everything surface-level.</w:t>
      </w:r>
    </w:p>
    <w:p>
      <w:r>
        <w:t>And when the man tries to dig deeper or create connection, they shut it down with I don't really like talking about that or That's personal.</w:t>
      </w:r>
    </w:p>
    <w:p>
      <w:r>
        <w:rPr>
          <w:b/>
        </w:rPr>
        <w:t>If you're not willing to be even SLIGHTLY vulnerable on a date, you're unavailable. Period.</w:t>
      </w:r>
    </w:p>
    <w:p>
      <w:r>
        <w:t>Now, I'm not saying spill your deepest traumas on Date 1. But you DO need to show up as a real person—not a locked vault.</w:t>
      </w:r>
    </w:p>
    <w:p>
      <w:r>
        <w:rPr>
          <w:b/>
        </w:rPr>
        <w:t>What to do instead: Share a little. Be open. Let him see glimpses of who you are. Vulnerability creates connection. And connection is what turns dates into relationships.</w:t>
      </w:r>
    </w:p>
    <w:p>
      <w:pPr>
        <w:pStyle w:val="Heading2"/>
      </w:pPr>
      <w:r>
        <w:t>Action Steps: Prep for Your Next Date</w:t>
      </w:r>
    </w:p>
    <w:p>
      <w:r>
        <w:t>Before your next date, commit to:</w:t>
      </w:r>
    </w:p>
    <w:p>
      <w:pPr>
        <w:pStyle w:val="ListBullet"/>
      </w:pPr>
      <w:r>
        <w:t>Showing up solo (no buffers)</w:t>
      </w:r>
    </w:p>
    <w:p>
      <w:pPr>
        <w:pStyle w:val="ListBullet"/>
      </w:pPr>
      <w:r>
        <w:t>Putting your phone on DND</w:t>
      </w:r>
    </w:p>
    <w:p>
      <w:pPr>
        <w:pStyle w:val="ListBullet"/>
      </w:pPr>
      <w:r>
        <w:t>Giving him the benefit of the doubt (trust first, vet second)</w:t>
      </w:r>
    </w:p>
    <w:p>
      <w:pPr>
        <w:pStyle w:val="ListBullet"/>
      </w:pPr>
      <w:r>
        <w:t>Being present and engaged (eye contact, active listening)</w:t>
      </w:r>
    </w:p>
    <w:p>
      <w:pPr>
        <w:pStyle w:val="ListBullet"/>
      </w:pPr>
      <w:r>
        <w:t>Sharing a little about yourself (appropriate vulnerability)</w:t>
      </w:r>
    </w:p>
    <w:p>
      <w:r>
        <w:rPr>
          <w:b/>
        </w:rPr>
        <w:t>When you show up AVAILABLE, you give the connection a real chance.</w:t>
      </w:r>
    </w:p>
    <w:p>
      <w:r>
        <w:rPr>
          <w:b/>
        </w:rPr>
        <w:t>Next up: The language of availability and how to use it.</w:t>
      </w:r>
    </w:p>
    <w:p>
      <w:pPr>
        <w:pStyle w:val="Heading1"/>
      </w:pPr>
      <w:r>
        <w:t>Chapter 4: The Language of Availability (What to Say and When)</w:t>
      </w:r>
    </w:p>
    <w:p>
      <w:r>
        <w:t>Words matter, y'all. The way you communicate—both in text and in person—signals whether you're available or unavailable.</w:t>
      </w:r>
    </w:p>
    <w:p>
      <w:r>
        <w:t>Let's break down the LANGUAGE of availability so you can use it strategically.</w:t>
      </w:r>
    </w:p>
    <w:p>
      <w:pPr>
        <w:pStyle w:val="Heading2"/>
      </w:pPr>
      <w:r>
        <w:t>Phrases That Call for Availability</w:t>
      </w:r>
    </w:p>
    <w:p>
      <w:r>
        <w:t>These are the questions and statements that CHECK if someone is available. Men use these to gauge your interest and openness:</w:t>
      </w:r>
    </w:p>
    <w:p>
      <w:pPr>
        <w:pStyle w:val="ListBullet"/>
      </w:pPr>
      <w:r>
        <w:t>Are you up?</w:t>
      </w:r>
    </w:p>
    <w:p>
      <w:pPr>
        <w:pStyle w:val="ListBullet"/>
      </w:pPr>
      <w:r>
        <w:t>Are you busy?</w:t>
      </w:r>
    </w:p>
    <w:p>
      <w:pPr>
        <w:pStyle w:val="ListBullet"/>
      </w:pPr>
      <w:r>
        <w:t>Can I call you?</w:t>
      </w:r>
    </w:p>
    <w:p>
      <w:pPr>
        <w:pStyle w:val="ListBullet"/>
      </w:pPr>
      <w:r>
        <w:t>Are you free?</w:t>
      </w:r>
    </w:p>
    <w:p>
      <w:pPr>
        <w:pStyle w:val="ListBullet"/>
      </w:pPr>
      <w:r>
        <w:t>Are you single?</w:t>
      </w:r>
    </w:p>
    <w:p>
      <w:pPr>
        <w:pStyle w:val="ListBullet"/>
      </w:pPr>
      <w:r>
        <w:t>Are you seeing/talking to anyone?</w:t>
      </w:r>
    </w:p>
    <w:p>
      <w:pPr>
        <w:pStyle w:val="ListBullet"/>
      </w:pPr>
      <w:r>
        <w:t>When are you off?</w:t>
      </w:r>
    </w:p>
    <w:p>
      <w:pPr>
        <w:pStyle w:val="ListBullet"/>
      </w:pPr>
      <w:r>
        <w:t>When can I see you?</w:t>
      </w:r>
    </w:p>
    <w:p>
      <w:pPr>
        <w:pStyle w:val="ListBullet"/>
      </w:pPr>
      <w:r>
        <w:t>WYD / WYA (What you doing / Where you at)</w:t>
      </w:r>
    </w:p>
    <w:p>
      <w:r>
        <w:rPr>
          <w:b/>
        </w:rPr>
        <w:t>How you respond to these questions determines whether he pursues you or moves on.</w:t>
      </w:r>
    </w:p>
    <w:p>
      <w:pPr>
        <w:pStyle w:val="Heading2"/>
      </w:pPr>
      <w:r>
        <w:t>Phrases That Signal Availability</w:t>
      </w:r>
    </w:p>
    <w:p>
      <w:r>
        <w:t>These are the things YOU say that tell a man you're open, interested, and accessible:</w:t>
      </w:r>
    </w:p>
    <w:p>
      <w:pPr>
        <w:pStyle w:val="ListBullet"/>
      </w:pPr>
      <w:r>
        <w:t>Hit me up</w:t>
      </w:r>
    </w:p>
    <w:p>
      <w:pPr>
        <w:pStyle w:val="ListBullet"/>
      </w:pPr>
      <w:r>
        <w:t>Call me</w:t>
      </w:r>
    </w:p>
    <w:p>
      <w:pPr>
        <w:pStyle w:val="ListBullet"/>
      </w:pPr>
      <w:r>
        <w:t>I'm free around [specific time]</w:t>
      </w:r>
    </w:p>
    <w:p>
      <w:pPr>
        <w:pStyle w:val="ListBullet"/>
      </w:pPr>
      <w:r>
        <w:t>I'd love to see you</w:t>
      </w:r>
    </w:p>
    <w:p>
      <w:pPr>
        <w:pStyle w:val="ListBullet"/>
      </w:pPr>
      <w:r>
        <w:t>Let me know when you're free</w:t>
      </w:r>
    </w:p>
    <w:p>
      <w:pPr>
        <w:pStyle w:val="ListBullet"/>
      </w:pPr>
      <w:r>
        <w:t>I'm down</w:t>
      </w:r>
    </w:p>
    <w:p>
      <w:r>
        <w:rPr>
          <w:b/>
        </w:rPr>
        <w:t>These aren't desperate. They're CLEAR. And clarity is attractive.</w:t>
      </w:r>
    </w:p>
    <w:p>
      <w:pPr>
        <w:pStyle w:val="Heading2"/>
      </w:pPr>
      <w:r>
        <w:t>How to Respond Without Seeming Thirsty</w:t>
      </w:r>
    </w:p>
    <w:p>
      <w:r>
        <w:t>Now, some of y'all are worried that being TOO available makes you look desperate. So let me give you the framework:</w:t>
      </w:r>
    </w:p>
    <w:p>
      <w:r>
        <w:rPr>
          <w:b/>
        </w:rPr>
        <w:t>Responsive ≠ Desperate</w:t>
      </w:r>
    </w:p>
    <w:p>
      <w:r>
        <w:rPr>
          <w:b/>
        </w:rPr>
        <w:t>Eager ≠ Thirsty</w:t>
      </w:r>
    </w:p>
    <w:p>
      <w:r>
        <w:rPr>
          <w:b/>
        </w:rPr>
        <w:t>Clear ≠ Easy</w:t>
      </w:r>
    </w:p>
    <w:p>
      <w:r>
        <w:t>Here's the difference:</w:t>
      </w:r>
    </w:p>
    <w:p>
      <w:pPr>
        <w:pStyle w:val="Heading3"/>
      </w:pPr>
      <w:r>
        <w:t>Desperate:</w:t>
      </w:r>
    </w:p>
    <w:p>
      <w:r>
        <w:t>Him: WYD?</w:t>
      </w:r>
    </w:p>
    <w:p>
      <w:r>
        <w:t>You: Nothing! What do you have in mind? I can cancel my plans! When do you want to hang?</w:t>
      </w:r>
    </w:p>
    <w:p>
      <w:pPr>
        <w:pStyle w:val="Heading3"/>
      </w:pPr>
      <w:r>
        <w:t>Available:</w:t>
      </w:r>
    </w:p>
    <w:p>
      <w:r>
        <w:t>Him: WYD?</w:t>
      </w:r>
    </w:p>
    <w:p>
      <w:r>
        <w:t>You: Just finished dinner. What's up?</w:t>
      </w:r>
    </w:p>
    <w:p>
      <w:pPr>
        <w:pStyle w:val="Heading3"/>
      </w:pPr>
      <w:r>
        <w:t>Desperate:</w:t>
      </w:r>
    </w:p>
    <w:p>
      <w:r>
        <w:t>Him: Can I see you this week?</w:t>
      </w:r>
    </w:p>
    <w:p>
      <w:r>
        <w:t>You: Yes!!! When??? I'm free literally ANY time!!</w:t>
      </w:r>
    </w:p>
    <w:p>
      <w:pPr>
        <w:pStyle w:val="Heading3"/>
      </w:pPr>
      <w:r>
        <w:t>Available:</w:t>
      </w:r>
    </w:p>
    <w:p>
      <w:r>
        <w:t>Him: Can I see you this week?</w:t>
      </w:r>
    </w:p>
    <w:p>
      <w:r>
        <w:t>You: I'd like that. I'm free Thursday evening or Saturday afternoon. What works for you?</w:t>
      </w:r>
    </w:p>
    <w:p>
      <w:r>
        <w:rPr>
          <w:b/>
        </w:rPr>
        <w:t>See the difference? Available is calm, clear, and confident. Desperate is overeager and has no boundaries.</w:t>
      </w:r>
    </w:p>
    <w:p>
      <w:pPr>
        <w:pStyle w:val="Heading2"/>
      </w:pPr>
      <w:r>
        <w:t>When to Play It Cool vs. When to Be Direct</w:t>
      </w:r>
    </w:p>
    <w:p>
      <w:r>
        <w:t>Here's the rule:</w:t>
      </w:r>
    </w:p>
    <w:p>
      <w:r>
        <w:rPr>
          <w:b/>
        </w:rPr>
        <w:t>Play it cool in the EARLY stages (first 1-3 dates) to gauge his interest.</w:t>
      </w:r>
    </w:p>
    <w:p>
      <w:r>
        <w:rPr>
          <w:b/>
        </w:rPr>
        <w:t>Be direct once you've established mutual interest (after 3-5 dates or 2-3 weeks).</w:t>
      </w:r>
    </w:p>
    <w:p>
      <w:r>
        <w:t>In the beginning, you're vetting. So it's okay to:</w:t>
      </w:r>
    </w:p>
    <w:p>
      <w:pPr>
        <w:pStyle w:val="ListBullet"/>
      </w:pPr>
      <w:r>
        <w:t>Take a few hours to respond (not days)</w:t>
      </w:r>
    </w:p>
    <w:p>
      <w:pPr>
        <w:pStyle w:val="ListBullet"/>
      </w:pPr>
      <w:r>
        <w:t>Let him initiate most of the time</w:t>
      </w:r>
    </w:p>
    <w:p>
      <w:pPr>
        <w:pStyle w:val="ListBullet"/>
      </w:pPr>
      <w:r>
        <w:t>Keep some mystery about your schedule</w:t>
      </w:r>
    </w:p>
    <w:p>
      <w:r>
        <w:t>But once you KNOW he's interested and you're interested too, drop the games. Be available. Be responsive. Build something REAL.</w:t>
      </w:r>
    </w:p>
    <w:p>
      <w:pPr>
        <w:pStyle w:val="Heading2"/>
      </w:pPr>
      <w:r>
        <w:t>Action Steps: Practice Availability Language</w:t>
      </w:r>
    </w:p>
    <w:p>
      <w:r>
        <w:t>For the next week, practice responding with AVAILABILITY instead of playing hard to get:</w:t>
      </w:r>
    </w:p>
    <w:p>
      <w:pPr>
        <w:pStyle w:val="ListBullet"/>
      </w:pPr>
      <w:r>
        <w:t>When he asks to see you, give him 2 specific options instead of I don't know</w:t>
      </w:r>
    </w:p>
    <w:p>
      <w:pPr>
        <w:pStyle w:val="ListBullet"/>
      </w:pPr>
      <w:r>
        <w:t>When he texts, respond within a few hours (not 3 days later)</w:t>
      </w:r>
    </w:p>
    <w:p>
      <w:pPr>
        <w:pStyle w:val="ListBullet"/>
      </w:pPr>
      <w:r>
        <w:t>When you're interested, SAY SO instead of making him guess</w:t>
      </w:r>
    </w:p>
    <w:p>
      <w:r>
        <w:rPr>
          <w:b/>
        </w:rPr>
        <w:t>Watch how fast the dynamic shifts when you remove the guessing games.</w:t>
      </w:r>
    </w:p>
    <w:p>
      <w:r>
        <w:rPr>
          <w:b/>
        </w:rPr>
        <w:t>Next up: Strategic availability vs. desperation.</w:t>
      </w:r>
    </w:p>
    <w:p>
      <w:pPr>
        <w:pStyle w:val="Heading1"/>
      </w:pPr>
      <w:r>
        <w:t>Chapter 5: Strategic Availability vs. Desperation (Know the Difference)</w:t>
      </w:r>
    </w:p>
    <w:p>
      <w:r>
        <w:t>Alright, let's address the elephant in the room:</w:t>
      </w:r>
    </w:p>
    <w:p>
      <w:r>
        <w:rPr>
          <w:b/>
        </w:rPr>
        <w:t>How do I be available without looking desperate?</w:t>
      </w:r>
    </w:p>
    <w:p>
      <w:r>
        <w:t>Because I know that's what some of y'all are worried about. You don't want to seem thirsty. You don't want to look like you're chasing. You don't want to give up your power.</w:t>
      </w:r>
    </w:p>
    <w:p>
      <w:r>
        <w:t>I get it. So let's break down the DIFFERENCE between strategic availability and desperation.</w:t>
      </w:r>
    </w:p>
    <w:p>
      <w:pPr>
        <w:pStyle w:val="Heading2"/>
      </w:pPr>
      <w:r>
        <w:t>What Strategic Availability Looks Like</w:t>
      </w:r>
    </w:p>
    <w:p>
      <w:r>
        <w:rPr>
          <w:b/>
        </w:rPr>
        <w:t>You respond to texts within 24 hours (not instantly, not 3 days later)</w:t>
      </w:r>
    </w:p>
    <w:p>
      <w:r>
        <w:rPr>
          <w:b/>
        </w:rPr>
        <w:t>You make it easy to schedule dates (you give him 2 options, not I don't know)</w:t>
      </w:r>
    </w:p>
    <w:p>
      <w:r>
        <w:rPr>
          <w:b/>
        </w:rPr>
        <w:t>You're clear about your interest (I'd love to see you vs. Maybe, we'll see)</w:t>
      </w:r>
    </w:p>
    <w:p>
      <w:r>
        <w:rPr>
          <w:b/>
        </w:rPr>
        <w:t>You show up fully present on dates (phone on DND, engaged, attentive)</w:t>
      </w:r>
    </w:p>
    <w:p>
      <w:r>
        <w:rPr>
          <w:b/>
        </w:rPr>
        <w:t>You're open and warm (not guarded and cold)</w:t>
      </w:r>
    </w:p>
    <w:p>
      <w:r>
        <w:rPr>
          <w:b/>
        </w:rPr>
        <w:t>You build a roster so no ONE man has all your attention</w:t>
      </w:r>
    </w:p>
    <w:p>
      <w:r>
        <w:rPr>
          <w:b/>
        </w:rPr>
        <w:t>You have standards—you're just not hiding behind unavailability</w:t>
      </w:r>
    </w:p>
    <w:p>
      <w:pPr>
        <w:pStyle w:val="Heading2"/>
      </w:pPr>
      <w:r>
        <w:t>What Desperation Looks Like</w:t>
      </w:r>
    </w:p>
    <w:p>
      <w:r>
        <w:rPr>
          <w:b/>
        </w:rPr>
        <w:t>You text him first every single time (he never initiates)</w:t>
      </w:r>
    </w:p>
    <w:p>
      <w:r>
        <w:rPr>
          <w:b/>
        </w:rPr>
        <w:t>You cancel YOUR plans to accommodate his last-minute requests</w:t>
      </w:r>
    </w:p>
    <w:p>
      <w:r>
        <w:rPr>
          <w:b/>
        </w:rPr>
        <w:t>You're always available immediately (no life outside of him)</w:t>
      </w:r>
    </w:p>
    <w:p>
      <w:r>
        <w:rPr>
          <w:b/>
        </w:rPr>
        <w:t>You chase him when he pulls back (double texting, asking why he's distant)</w:t>
      </w:r>
    </w:p>
    <w:p>
      <w:r>
        <w:rPr>
          <w:b/>
        </w:rPr>
        <w:t>You have no standards (you accept breadcrumbs and low effort)</w:t>
      </w:r>
    </w:p>
    <w:p>
      <w:r>
        <w:rPr>
          <w:b/>
        </w:rPr>
        <w:t>You're willing to accept ANY treatment just to keep him around</w:t>
      </w:r>
    </w:p>
    <w:p>
      <w:r>
        <w:t>See the difference?</w:t>
      </w:r>
    </w:p>
    <w:p>
      <w:r>
        <w:t>Strategic availability is about being ACCESSIBLE when you're genuinely interested. Desperation is about having NO boundaries and accepting whatever scraps he throws you.</w:t>
      </w:r>
    </w:p>
    <w:p>
      <w:pPr>
        <w:pStyle w:val="Heading2"/>
      </w:pPr>
      <w:r>
        <w:t>The Roster Strategy (Your Secret Weapon)</w:t>
      </w:r>
    </w:p>
    <w:p>
      <w:r>
        <w:t>Here's the KEY to staying strategically available without being desperate:</w:t>
      </w:r>
    </w:p>
    <w:p>
      <w:r>
        <w:rPr>
          <w:b/>
        </w:rPr>
        <w:t>Build. Your. Roster.</w:t>
      </w:r>
    </w:p>
    <w:p>
      <w:r>
        <w:t>When you're dating multiple people casually (before exclusivity), you:</w:t>
      </w:r>
    </w:p>
    <w:p>
      <w:pPr>
        <w:pStyle w:val="ListBullet"/>
      </w:pPr>
      <w:r>
        <w:t>Don't obsess over one man's texts</w:t>
      </w:r>
    </w:p>
    <w:p>
      <w:pPr>
        <w:pStyle w:val="ListBullet"/>
      </w:pPr>
      <w:r>
        <w:t>Don't put your life on hold for one person</w:t>
      </w:r>
    </w:p>
    <w:p>
      <w:pPr>
        <w:pStyle w:val="ListBullet"/>
      </w:pPr>
      <w:r>
        <w:t>Don't chase because you have OPTIONS</w:t>
      </w:r>
    </w:p>
    <w:p>
      <w:pPr>
        <w:pStyle w:val="ListBullet"/>
      </w:pPr>
      <w:r>
        <w:t>Stay in your feminine energy (receiving, not pursuing)</w:t>
      </w:r>
    </w:p>
    <w:p>
      <w:r>
        <w:t>When you have a roster, you can afford to be AVAILABLE to each man without being desperate for ANY man. Because if one doesn't work out, you've got others in the queue.</w:t>
      </w:r>
    </w:p>
    <w:p>
      <w:r>
        <w:rPr>
          <w:b/>
        </w:rPr>
        <w:t>That's strategic availability. That's power.</w:t>
      </w:r>
    </w:p>
    <w:p>
      <w:pPr>
        <w:pStyle w:val="Heading2"/>
      </w:pPr>
      <w:r>
        <w:t>How to Stay Available Without Losing Yourself</w:t>
      </w:r>
    </w:p>
    <w:p>
      <w:r>
        <w:t>Here's the framework:</w:t>
      </w:r>
    </w:p>
    <w:p>
      <w:r>
        <w:rPr>
          <w:b/>
        </w:rPr>
        <w:t>1. Be responsive, not reactive. Respond to his texts in a reasonable timeframe, but don't drop everything every time he reaches out.</w:t>
      </w:r>
    </w:p>
    <w:p>
      <w:r>
        <w:rPr>
          <w:b/>
        </w:rPr>
        <w:t>2. Be accommodating, not a doormat. If he asks to see you and you're genuinely free, say yes. But if you have plans, don't cancel them just to appease him.</w:t>
      </w:r>
    </w:p>
    <w:p>
      <w:r>
        <w:rPr>
          <w:b/>
        </w:rPr>
        <w:t>3. Be interested, not desperate. Show genuine interest in getting to know him, but don't interrogate him or cling.</w:t>
      </w:r>
    </w:p>
    <w:p>
      <w:r>
        <w:rPr>
          <w:b/>
        </w:rPr>
        <w:t>4. Be open, not oversharing. Share enough to create connection, but don't trauma-dump on Date 1.</w:t>
      </w:r>
    </w:p>
    <w:p>
      <w:r>
        <w:rPr>
          <w:b/>
        </w:rPr>
        <w:t>5. Be present, not possessive. When you're with him, be FULLY there. But when you're not, live YOUR life.</w:t>
      </w:r>
    </w:p>
    <w:p>
      <w:pPr>
        <w:pStyle w:val="Heading2"/>
      </w:pPr>
      <w:r>
        <w:t>The Biggest Mistake Women Make</w:t>
      </w:r>
    </w:p>
    <w:p>
      <w:r>
        <w:t>The biggest mistake is thinking that UNAVAILABILITY creates value.</w:t>
      </w:r>
    </w:p>
    <w:p>
      <w:r>
        <w:t>You think if you're hard to reach, hard to schedule, hard to read, he'll want you MORE.</w:t>
      </w:r>
    </w:p>
    <w:p>
      <w:r>
        <w:t>But here's what actually happens:</w:t>
      </w:r>
    </w:p>
    <w:p>
      <w:r>
        <w:rPr>
          <w:b/>
        </w:rPr>
        <w:t>He gets frustrated. He gets tired. And he finds someone who doesn't make dating feel like a part-time job.</w:t>
      </w:r>
    </w:p>
    <w:p>
      <w:r>
        <w:t>Availability isn't about being EASY. It's about being ACCESSIBLE to the right person. And when you ARE available to someone who's worth it, magic happens.</w:t>
      </w:r>
    </w:p>
    <w:p>
      <w:pPr>
        <w:pStyle w:val="Heading2"/>
      </w:pPr>
      <w:r>
        <w:t>Action Steps: Find Your Availability Balance</w:t>
      </w:r>
    </w:p>
    <w:p>
      <w:r>
        <w:t>Ask yourself:</w:t>
      </w:r>
    </w:p>
    <w:p>
      <w:pPr>
        <w:pStyle w:val="ListBullet"/>
      </w:pPr>
      <w:r>
        <w:t>Am I making dating harder than it needs to be?</w:t>
      </w:r>
    </w:p>
    <w:p>
      <w:pPr>
        <w:pStyle w:val="ListBullet"/>
      </w:pPr>
      <w:r>
        <w:t>Am I hiding behind unavailability to protect myself?</w:t>
      </w:r>
    </w:p>
    <w:p>
      <w:pPr>
        <w:pStyle w:val="ListBullet"/>
      </w:pPr>
      <w:r>
        <w:t>Am I confusing strategic with desperate?</w:t>
      </w:r>
    </w:p>
    <w:p>
      <w:pPr>
        <w:pStyle w:val="ListBullet"/>
      </w:pPr>
      <w:r>
        <w:t>Do I have a roster, or am I fixated on one man?</w:t>
      </w:r>
    </w:p>
    <w:p>
      <w:r>
        <w:rPr>
          <w:b/>
        </w:rPr>
        <w:t>If you're struggling to find the balance, it's time to build your roster and practice being available WITHOUT being desperate.</w:t>
      </w:r>
    </w:p>
    <w:p>
      <w:r>
        <w:rPr>
          <w:b/>
        </w:rPr>
        <w:t>Next up: How to be the obvious choice.</w:t>
      </w:r>
    </w:p>
    <w:p>
      <w:pPr>
        <w:pStyle w:val="Heading1"/>
      </w:pPr>
      <w:r>
        <w:t>Chapter 6: How to Be the Low-Friction, High-Reward Choice</w:t>
      </w:r>
    </w:p>
    <w:p>
      <w:r>
        <w:t>Alright y'all, let's bring this all together.</w:t>
      </w:r>
    </w:p>
    <w:p>
      <w:r>
        <w:t>The goal of strategic availability is simple:</w:t>
      </w:r>
    </w:p>
    <w:p>
      <w:r>
        <w:rPr>
          <w:b/>
        </w:rPr>
        <w:t>Make yourself the OBVIOUS choice.</w:t>
      </w:r>
    </w:p>
    <w:p>
      <w:r>
        <w:t>Not the only choice. Not the desperate choice. The OBVIOUS choice—the woman a quality man would be STUPID not to pursue.</w:t>
      </w:r>
    </w:p>
    <w:p>
      <w:r>
        <w:t>Here's how you do it.</w:t>
      </w:r>
    </w:p>
    <w:p>
      <w:pPr>
        <w:pStyle w:val="Heading2"/>
      </w:pPr>
      <w:r>
        <w:t>Low Friction = Easy to Date</w:t>
      </w:r>
    </w:p>
    <w:p>
      <w:r>
        <w:t>Low friction means you remove the unnecessary barriers that make dating you HARD:</w:t>
      </w:r>
    </w:p>
    <w:p>
      <w:pPr>
        <w:pStyle w:val="ListBullet"/>
      </w:pPr>
      <w:r>
        <w:t>You respond to texts in a reasonable timeframe</w:t>
      </w:r>
    </w:p>
    <w:p>
      <w:pPr>
        <w:pStyle w:val="ListBullet"/>
      </w:pPr>
      <w:r>
        <w:t>You make scheduling easy (you offer specific options)</w:t>
      </w:r>
    </w:p>
    <w:p>
      <w:pPr>
        <w:pStyle w:val="ListBullet"/>
      </w:pPr>
      <w:r>
        <w:t>You don't play mind games (if you like him, you show it)</w:t>
      </w:r>
    </w:p>
    <w:p>
      <w:pPr>
        <w:pStyle w:val="ListBullet"/>
      </w:pPr>
      <w:r>
        <w:t>You show up on time and PRESENT</w:t>
      </w:r>
    </w:p>
    <w:p>
      <w:pPr>
        <w:pStyle w:val="ListBullet"/>
      </w:pPr>
      <w:r>
        <w:t>You're emotionally available (not guarded and closed off)</w:t>
      </w:r>
    </w:p>
    <w:p>
      <w:r>
        <w:rPr>
          <w:b/>
        </w:rPr>
        <w:t>This doesn't mean you have no standards. It means when you DO choose someone, you make it EASY for them to choose you back.</w:t>
      </w:r>
    </w:p>
    <w:p>
      <w:pPr>
        <w:pStyle w:val="Heading2"/>
      </w:pPr>
      <w:r>
        <w:t>High Reward = Worth the Investment</w:t>
      </w:r>
    </w:p>
    <w:p>
      <w:r>
        <w:t>High reward means you're a CATCH. You bring value. You're someone a man would be lucky to have:</w:t>
      </w:r>
    </w:p>
    <w:p>
      <w:pPr>
        <w:pStyle w:val="ListBullet"/>
      </w:pPr>
      <w:r>
        <w:t>You're attractive (you take care of yourself)</w:t>
      </w:r>
    </w:p>
    <w:p>
      <w:pPr>
        <w:pStyle w:val="ListBullet"/>
      </w:pPr>
      <w:r>
        <w:t>You're interesting (you have a life, hobbies, passions)</w:t>
      </w:r>
    </w:p>
    <w:p>
      <w:pPr>
        <w:pStyle w:val="ListBullet"/>
      </w:pPr>
      <w:r>
        <w:t>You're kind and warm (you make him feel good)</w:t>
      </w:r>
    </w:p>
    <w:p>
      <w:pPr>
        <w:pStyle w:val="ListBullet"/>
      </w:pPr>
      <w:r>
        <w:t>You're supportive (you encourage his goals)</w:t>
      </w:r>
    </w:p>
    <w:p>
      <w:pPr>
        <w:pStyle w:val="ListBullet"/>
      </w:pPr>
      <w:r>
        <w:t>You're fun to be around (you bring good energy)</w:t>
      </w:r>
    </w:p>
    <w:p>
      <w:r>
        <w:rPr>
          <w:b/>
        </w:rPr>
        <w:t>When you're low-friction AND high-reward, you become the woman men LOCK DOWN fast. Because they know if they don't, someone else will.</w:t>
      </w:r>
    </w:p>
    <w:p>
      <w:pPr>
        <w:pStyle w:val="Heading2"/>
      </w:pPr>
      <w:r>
        <w:t>The Competition Question</w:t>
      </w:r>
    </w:p>
    <w:p>
      <w:r>
        <w:t>Now, some of y'all are thinking: But if I'm TOO available, won't he think I don't have options?</w:t>
      </w:r>
    </w:p>
    <w:p>
      <w:r>
        <w:t>Here's the truth:</w:t>
      </w:r>
    </w:p>
    <w:p>
      <w:r>
        <w:rPr>
          <w:b/>
        </w:rPr>
        <w:t>A quality man doesn't WANT you to have a million options. He wants you to CHOOSE HIM.</w:t>
      </w:r>
    </w:p>
    <w:p>
      <w:r>
        <w:t>When you build your roster and date strategically, you DO have options. But when you find someone you're genuinely interested in, you start focusing more on THEM.</w:t>
      </w:r>
    </w:p>
    <w:p>
      <w:r>
        <w:t>That's not desperate. That's DECISION-MAKING.</w:t>
      </w:r>
    </w:p>
    <w:p>
      <w:r>
        <w:t>And a secure man will APPRECIATE that you chose him instead of playing games.</w:t>
      </w:r>
    </w:p>
    <w:p>
      <w:pPr>
        <w:pStyle w:val="Heading2"/>
      </w:pPr>
      <w:r>
        <w:t>What This Looks Like in Practice</w:t>
      </w:r>
    </w:p>
    <w:p>
      <w:pPr>
        <w:pStyle w:val="Heading3"/>
      </w:pPr>
      <w:r>
        <w:t>Week 1-2: Building Interest</w:t>
      </w:r>
    </w:p>
    <w:p>
      <w:pPr>
        <w:pStyle w:val="ListBullet"/>
      </w:pPr>
      <w:r>
        <w:t>You're responsive but not overeager</w:t>
      </w:r>
    </w:p>
    <w:p>
      <w:pPr>
        <w:pStyle w:val="ListBullet"/>
      </w:pPr>
      <w:r>
        <w:t>You're dating him AND others (roster building)</w:t>
      </w:r>
    </w:p>
    <w:p>
      <w:pPr>
        <w:pStyle w:val="ListBullet"/>
      </w:pPr>
      <w:r>
        <w:t>You're vetting to see if he's worth your time</w:t>
      </w:r>
    </w:p>
    <w:p>
      <w:pPr>
        <w:pStyle w:val="Heading3"/>
      </w:pPr>
      <w:r>
        <w:t>Week 3-4: Increasing Availability</w:t>
      </w:r>
    </w:p>
    <w:p>
      <w:pPr>
        <w:pStyle w:val="ListBullet"/>
      </w:pPr>
      <w:r>
        <w:t>You're responding faster (he's proven himself)</w:t>
      </w:r>
    </w:p>
    <w:p>
      <w:pPr>
        <w:pStyle w:val="ListBullet"/>
      </w:pPr>
      <w:r>
        <w:t>You're initiating occasionally (showing mutual interest)</w:t>
      </w:r>
    </w:p>
    <w:p>
      <w:pPr>
        <w:pStyle w:val="ListBullet"/>
      </w:pPr>
      <w:r>
        <w:t>You're making more time for him</w:t>
      </w:r>
    </w:p>
    <w:p>
      <w:pPr>
        <w:pStyle w:val="Heading3"/>
      </w:pPr>
      <w:r>
        <w:t>Week 5+: Full Availability (If He Commits)</w:t>
      </w:r>
    </w:p>
    <w:p>
      <w:pPr>
        <w:pStyle w:val="ListBullet"/>
      </w:pPr>
      <w:r>
        <w:t>You're responsive, present, and engaged</w:t>
      </w:r>
    </w:p>
    <w:p>
      <w:pPr>
        <w:pStyle w:val="ListBullet"/>
      </w:pPr>
      <w:r>
        <w:t>You've stopped dating others (if he's asked for exclusivity)</w:t>
      </w:r>
    </w:p>
    <w:p>
      <w:pPr>
        <w:pStyle w:val="ListBullet"/>
      </w:pPr>
      <w:r>
        <w:t>You're showing up FULLY in the relationship</w:t>
      </w:r>
    </w:p>
    <w:p>
      <w:r>
        <w:rPr>
          <w:b/>
        </w:rPr>
        <w:t>The KEY is that your availability INCREASES as his commitment increases. You don't give full availability to a man who hasn't committed. But when he DOES commit, you go all in.</w:t>
      </w:r>
    </w:p>
    <w:p>
      <w:pPr>
        <w:pStyle w:val="Heading2"/>
      </w:pPr>
      <w:r>
        <w:t>Action Steps: Become the Obvious Choice</w:t>
      </w:r>
    </w:p>
    <w:p>
      <w:r>
        <w:t>For your next dating situation:</w:t>
      </w:r>
    </w:p>
    <w:p>
      <w:pPr>
        <w:pStyle w:val="ListBullet"/>
      </w:pPr>
      <w:r>
        <w:t>Remove unnecessary friction (respond, schedule easily, be present)</w:t>
      </w:r>
    </w:p>
    <w:p>
      <w:pPr>
        <w:pStyle w:val="ListBullet"/>
      </w:pPr>
      <w:r>
        <w:t>Increase your reward value (invest in yourself, bring good energy)</w:t>
      </w:r>
    </w:p>
    <w:p>
      <w:pPr>
        <w:pStyle w:val="ListBullet"/>
      </w:pPr>
      <w:r>
        <w:t>Build your roster so you're not desperate for one man</w:t>
      </w:r>
    </w:p>
    <w:p>
      <w:pPr>
        <w:pStyle w:val="ListBullet"/>
      </w:pPr>
      <w:r>
        <w:t>Increase availability as HE increases commitment</w:t>
      </w:r>
    </w:p>
    <w:p>
      <w:r>
        <w:rPr>
          <w:b/>
        </w:rPr>
        <w:t>When you do this, you become the woman men CHASE. The woman men CHOOSE. The woman men LOCK DOWN.</w:t>
      </w:r>
    </w:p>
    <w:p>
      <w:r>
        <w:rPr>
          <w:b/>
        </w:rPr>
        <w:t>Final chapter: Bringing it all together.</w:t>
      </w:r>
    </w:p>
    <w:p>
      <w:pPr>
        <w:pStyle w:val="Heading1"/>
      </w:pPr>
      <w:r>
        <w:t>Chapter 7: The Availability Mindset (Your New Dating Philosophy)</w:t>
      </w:r>
    </w:p>
    <w:p>
      <w:r>
        <w:t>Alright sis, we've made it to the final chapter. Let's bring this all home.</w:t>
      </w:r>
    </w:p>
    <w:p>
      <w:r>
        <w:t>By now, you understand:</w:t>
      </w:r>
    </w:p>
    <w:p>
      <w:r>
        <w:rPr>
          <w:b/>
        </w:rPr>
        <w:t>Availability is the most attractive quality you can have</w:t>
      </w:r>
    </w:p>
    <w:p>
      <w:r>
        <w:rPr>
          <w:b/>
        </w:rPr>
        <w:t>Unavailability—whether real or manufactured—repels men</w:t>
      </w:r>
    </w:p>
    <w:p>
      <w:r>
        <w:rPr>
          <w:b/>
        </w:rPr>
        <w:t>Strategic availability ≠ desperation</w:t>
      </w:r>
    </w:p>
    <w:p>
      <w:r>
        <w:rPr>
          <w:b/>
        </w:rPr>
        <w:t>Being the low-friction, high-reward option gets you CHOSEN</w:t>
      </w:r>
    </w:p>
    <w:p>
      <w:r>
        <w:t>But I want to leave you with something deeper than tactics. I want to leave you with a MINDSET.</w:t>
      </w:r>
    </w:p>
    <w:p>
      <w:pPr>
        <w:pStyle w:val="Heading2"/>
      </w:pPr>
      <w:r>
        <w:t>The Availability Mindset</w:t>
      </w:r>
    </w:p>
    <w:p>
      <w:r>
        <w:t>The Availability Mindset is simple:</w:t>
      </w:r>
    </w:p>
    <w:p>
      <w:r>
        <w:rPr>
          <w:b/>
        </w:rPr>
        <w:t>When I find someone worth my time, I show up FULLY. I don't hide. I don't play games. I don't manufacture unavailability to seem more valuable. I make myself ACCESSIBLE—because I'm confident in what I bring to the table.</w:t>
      </w:r>
    </w:p>
    <w:p>
      <w:r>
        <w:t>This mindset requires:</w:t>
      </w:r>
    </w:p>
    <w:p>
      <w:r>
        <w:rPr>
          <w:b/>
        </w:rPr>
        <w:t>Confidence: You know your worth, so you don't need to play hard to get.</w:t>
      </w:r>
    </w:p>
    <w:p>
      <w:r>
        <w:rPr>
          <w:b/>
        </w:rPr>
        <w:t>Standards: You're selective about WHO gets your availability, but when you choose someone, you show up.</w:t>
      </w:r>
    </w:p>
    <w:p>
      <w:r>
        <w:rPr>
          <w:b/>
        </w:rPr>
        <w:t>Security: You're not afraid that being available makes you desperate, because you have a ROSTER and you know your value.</w:t>
      </w:r>
    </w:p>
    <w:p>
      <w:r>
        <w:rPr>
          <w:b/>
        </w:rPr>
        <w:t>Courage: You're willing to be vulnerable and present, even though it's scary.</w:t>
      </w:r>
    </w:p>
    <w:p>
      <w:pPr>
        <w:pStyle w:val="Heading2"/>
      </w:pPr>
      <w:r>
        <w:t>What Changes When You Adopt This Mindset</w:t>
      </w:r>
    </w:p>
    <w:p>
      <w:r>
        <w:t>When you start showing up as AVAILABLE (strategically), here's what happens:</w:t>
      </w:r>
    </w:p>
    <w:p>
      <w:r>
        <w:rPr>
          <w:b/>
        </w:rPr>
        <w:t>1. Men pursue you more aggressively. Because you're not exhausting to date.</w:t>
      </w:r>
    </w:p>
    <w:p>
      <w:r>
        <w:rPr>
          <w:b/>
        </w:rPr>
        <w:t>2. Relationships progress faster. Because you're not creating unnecessary barriers.</w:t>
      </w:r>
    </w:p>
    <w:p>
      <w:r>
        <w:rPr>
          <w:b/>
        </w:rPr>
        <w:t>3. You attract SECURE men. Because insecure men are intimidated by women who are clear and direct.</w:t>
      </w:r>
    </w:p>
    <w:p>
      <w:r>
        <w:rPr>
          <w:b/>
        </w:rPr>
        <w:t>4. You stop wasting time. Because you're no longer stuck in situationships with men who aren't serious.</w:t>
      </w:r>
    </w:p>
    <w:p>
      <w:r>
        <w:rPr>
          <w:b/>
        </w:rPr>
        <w:t>5. You get CHOSEN. Because you're the obvious, easy yes.</w:t>
      </w:r>
    </w:p>
    <w:p>
      <w:pPr>
        <w:pStyle w:val="Heading2"/>
      </w:pPr>
      <w:r>
        <w:t>The Hard Truth About Unavailability</w:t>
      </w:r>
    </w:p>
    <w:p>
      <w:r>
        <w:t>Here's what nobody wants to tell you:</w:t>
      </w:r>
    </w:p>
    <w:p>
      <w:r>
        <w:t>Sometimes, unavailability is a SHIELD. It's a way to protect yourself from rejection, heartbreak, or vulnerability.</w:t>
      </w:r>
    </w:p>
    <w:p>
      <w:r>
        <w:t>You tell yourself you're too busy, too independent, too guarded. But really? You're scared.</w:t>
      </w:r>
    </w:p>
    <w:p>
      <w:r>
        <w:t>Scared of getting hurt. Scared of looking desperate. Scared of giving someone power over you.</w:t>
      </w:r>
    </w:p>
    <w:p>
      <w:r>
        <w:t>And I get it. But here's the reality:</w:t>
      </w:r>
    </w:p>
    <w:p>
      <w:r>
        <w:rPr>
          <w:b/>
        </w:rPr>
        <w:t>You can't build a real relationship from behind a wall.</w:t>
      </w:r>
    </w:p>
    <w:p>
      <w:r>
        <w:t>At some point, you have to take the shield down. You have to be AVAILABLE—emotionally, mentally, physically. You have to let someone IN.</w:t>
      </w:r>
    </w:p>
    <w:p>
      <w:r>
        <w:t>And yes, that's scary. But it's also the ONLY way to get what you actually want: partnership, love, connection.</w:t>
      </w:r>
    </w:p>
    <w:p>
      <w:pPr>
        <w:pStyle w:val="Heading2"/>
      </w:pPr>
      <w:r>
        <w:t>Your Next Steps</w:t>
      </w:r>
    </w:p>
    <w:p>
      <w:r>
        <w:t>So here's what you're going to do:</w:t>
      </w:r>
    </w:p>
    <w:p>
      <w:r>
        <w:rPr>
          <w:b/>
        </w:rPr>
        <w:t>1. Audit your current dating life. Are you signaling availability or unavailability? Fix what needs fixing.</w:t>
      </w:r>
    </w:p>
    <w:p>
      <w:r>
        <w:rPr>
          <w:b/>
        </w:rPr>
        <w:t>2. Build your roster. Date multiple people casually so you're not desperate for one man.</w:t>
      </w:r>
    </w:p>
    <w:p>
      <w:r>
        <w:rPr>
          <w:b/>
        </w:rPr>
        <w:t>3. Practice strategic availability. Respond. Schedule easily. Show up fully. Be present.</w:t>
      </w:r>
    </w:p>
    <w:p>
      <w:r>
        <w:rPr>
          <w:b/>
        </w:rPr>
        <w:t>4. Increase availability as HE increases commitment. Don't give full availability to a man who hasn't committed, but when he DOES, go all in.</w:t>
      </w:r>
    </w:p>
    <w:p>
      <w:r>
        <w:rPr>
          <w:b/>
        </w:rPr>
        <w:t>5. Drop the shield. Stop hiding behind unavailability. If you want real love, you have to be really AVAILABLE.</w:t>
      </w:r>
    </w:p>
    <w:p>
      <w:pPr>
        <w:pStyle w:val="Heading2"/>
      </w:pPr>
      <w:r>
        <w:t>Final Thoughts: Be the Meal, Not the Mystery</w:t>
      </w:r>
    </w:p>
    <w:p>
      <w:r>
        <w:t>You deserve a man who CHOOSES you. Who pursues you. Who commits to you.</w:t>
      </w:r>
    </w:p>
    <w:p>
      <w:r>
        <w:t>But in order to be chosen, you have to be AVAILABLE to be chosen.</w:t>
      </w:r>
    </w:p>
    <w:p>
      <w:r>
        <w:t>So stop hiding behind busy schedules, high walls, and mind games. Stop making quality men work overtime just to get a coffee date with you.</w:t>
      </w:r>
    </w:p>
    <w:p>
      <w:r>
        <w:rPr>
          <w:b/>
        </w:rPr>
        <w:t>Be the low-friction, high-reward option. Be the obvious choice. Be AVAILABLE.</w:t>
      </w:r>
    </w:p>
    <w:p>
      <w:r>
        <w:t>Because when the right man comes along and you show up FULLY—responsive, present, warm, open—he's going to lock you down SO fast it'll make your head spin.</w:t>
      </w:r>
    </w:p>
    <w:p>
      <w:r>
        <w:t>And THAT'S what you deserve, sis.</w:t>
      </w:r>
    </w:p>
    <w:p>
      <w:r>
        <w:rPr>
          <w:b/>
        </w:rPr>
        <w:t>You perfect what you practice. So practice being AVAILABLE. Practice being the prize. Practice being chosen.</w:t>
      </w:r>
    </w:p>
    <w:p>
      <w:r>
        <w:t>Now go out there and claim what's yours, babe.</w:t>
      </w:r>
    </w:p>
    <w:p/>
    <w:p>
      <w:r>
        <w:rPr>
          <w:i/>
        </w:rPr>
        <w:t>— Morránna &amp; The Gorgeous Diaries Team</w:t>
      </w:r>
    </w:p>
    <w:p/>
    <w:p>
      <w:r>
        <w:rPr>
          <w:b/>
        </w:rPr>
        <w:t>P.S.</w:t>
      </w:r>
    </w:p>
    <w:p>
      <w:r>
        <w:t>If this ebook helped you, share it with your girls. We ALL deserve to stop hiding and start being chosen. And remember: winners win, losers lose. Build your roster, be the prize, and most importantly—BE AVAILABLE.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b/>
      <w:bCs/>
      <w:color w:val="4F81BD" w:themeColor="accent1"/>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